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E01B42" w14:textId="77777777" w:rsidR="0090250E" w:rsidRPr="00EE7170" w:rsidRDefault="00000000">
      <w:pPr>
        <w:spacing w:after="0"/>
        <w:rPr>
          <w:rFonts w:ascii="Open Sans" w:hAnsi="Open Sans" w:cs="Open Sans"/>
          <w:noProof/>
          <w:lang w:val="pl-PL"/>
        </w:rPr>
      </w:pPr>
      <w:r w:rsidRPr="00EE7170">
        <w:rPr>
          <w:rFonts w:ascii="Open Sans" w:hAnsi="Open Sans" w:cs="Open Sans"/>
          <w:noProof/>
          <w:lang w:val="pl-PL"/>
        </w:rPr>
        <w:drawing>
          <wp:inline distT="0" distB="0" distL="0" distR="0" wp14:anchorId="125EC397" wp14:editId="58822663">
            <wp:extent cx="1224000" cy="5089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dark-JPG.jpg"/>
                    <pic:cNvPicPr/>
                  </pic:nvPicPr>
                  <pic:blipFill>
                    <a:blip r:embed="rId8"/>
                    <a:stretch>
                      <a:fillRect/>
                    </a:stretch>
                  </pic:blipFill>
                  <pic:spPr>
                    <a:xfrm>
                      <a:off x="0" y="0"/>
                      <a:ext cx="1224000" cy="508970"/>
                    </a:xfrm>
                    <a:prstGeom prst="rect">
                      <a:avLst/>
                    </a:prstGeom>
                  </pic:spPr>
                </pic:pic>
              </a:graphicData>
            </a:graphic>
          </wp:inline>
        </w:drawing>
      </w:r>
    </w:p>
    <w:p w14:paraId="5B828552" w14:textId="77777777" w:rsidR="0090250E" w:rsidRPr="00EE7170" w:rsidRDefault="00000000">
      <w:pPr>
        <w:jc w:val="right"/>
        <w:rPr>
          <w:rFonts w:ascii="Open Sans" w:hAnsi="Open Sans" w:cs="Open Sans"/>
          <w:noProof/>
          <w:lang w:val="pl-PL"/>
        </w:rPr>
      </w:pPr>
      <w:r w:rsidRPr="00EE7170">
        <w:rPr>
          <w:rFonts w:ascii="Open Sans" w:hAnsi="Open Sans" w:cs="Open Sans"/>
          <w:noProof/>
          <w:sz w:val="16"/>
          <w:lang w:val="pl-PL"/>
        </w:rPr>
        <w:t>Miejskie Przedsiębiorstwo Energetyki Cieplnej Sp. z o.o.</w:t>
      </w:r>
      <w:r w:rsidRPr="00EE7170">
        <w:rPr>
          <w:rFonts w:ascii="Open Sans" w:hAnsi="Open Sans" w:cs="Open Sans"/>
          <w:noProof/>
          <w:sz w:val="16"/>
          <w:lang w:val="pl-PL"/>
        </w:rPr>
        <w:br/>
        <w:t>ul. Rzeczna 1A, 39-200 Dębica | tel. 14 682 74 43</w:t>
      </w:r>
      <w:r w:rsidRPr="00EE7170">
        <w:rPr>
          <w:rFonts w:ascii="Open Sans" w:hAnsi="Open Sans" w:cs="Open Sans"/>
          <w:noProof/>
          <w:sz w:val="16"/>
          <w:lang w:val="pl-PL"/>
        </w:rPr>
        <w:br/>
        <w:t>sekretariat@mpec-debica.pl | www.mpec-debica.pl</w:t>
      </w:r>
    </w:p>
    <w:p w14:paraId="395ED417" w14:textId="77777777" w:rsidR="00F614D4" w:rsidRPr="00EE7170" w:rsidRDefault="00F614D4">
      <w:pPr>
        <w:pStyle w:val="Tytu"/>
        <w:jc w:val="center"/>
        <w:rPr>
          <w:rFonts w:ascii="Open Sans" w:hAnsi="Open Sans" w:cs="Open Sans"/>
          <w:noProof/>
          <w:lang w:val="pl-PL"/>
        </w:rPr>
      </w:pPr>
    </w:p>
    <w:p w14:paraId="168DD0D6" w14:textId="77777777" w:rsidR="00F614D4" w:rsidRPr="00EE7170" w:rsidRDefault="00F614D4">
      <w:pPr>
        <w:pStyle w:val="Tytu"/>
        <w:jc w:val="center"/>
        <w:rPr>
          <w:rFonts w:ascii="Open Sans" w:hAnsi="Open Sans" w:cs="Open Sans"/>
          <w:noProof/>
          <w:lang w:val="pl-PL"/>
        </w:rPr>
      </w:pPr>
    </w:p>
    <w:p w14:paraId="39418C88" w14:textId="05FB58E4" w:rsidR="0090250E" w:rsidRPr="00EE7170" w:rsidRDefault="00000000">
      <w:pPr>
        <w:pStyle w:val="Tytu"/>
        <w:jc w:val="center"/>
        <w:rPr>
          <w:rFonts w:ascii="Open Sans" w:hAnsi="Open Sans" w:cs="Open Sans"/>
          <w:noProof/>
          <w:lang w:val="pl-PL"/>
        </w:rPr>
      </w:pPr>
      <w:r w:rsidRPr="00EE7170">
        <w:rPr>
          <w:rFonts w:ascii="Open Sans" w:hAnsi="Open Sans" w:cs="Open Sans"/>
          <w:noProof/>
          <w:lang w:val="pl-PL"/>
        </w:rPr>
        <w:t>WNIOSEK</w:t>
      </w:r>
    </w:p>
    <w:p w14:paraId="22B90CE8" w14:textId="77777777" w:rsidR="0090250E" w:rsidRPr="00EE7170" w:rsidRDefault="00000000">
      <w:pPr>
        <w:jc w:val="center"/>
        <w:rPr>
          <w:rFonts w:ascii="Open Sans" w:hAnsi="Open Sans" w:cs="Open Sans"/>
          <w:b/>
          <w:noProof/>
          <w:sz w:val="20"/>
          <w:lang w:val="pl-PL"/>
        </w:rPr>
      </w:pPr>
      <w:r w:rsidRPr="00EE7170">
        <w:rPr>
          <w:rFonts w:ascii="Open Sans" w:hAnsi="Open Sans" w:cs="Open Sans"/>
          <w:b/>
          <w:noProof/>
          <w:sz w:val="20"/>
          <w:lang w:val="pl-PL"/>
        </w:rPr>
        <w:t>o wydanie warunków technicznych przyłączenia do sieci ciepłowniczej</w:t>
      </w:r>
    </w:p>
    <w:p w14:paraId="53FB1D29" w14:textId="77777777" w:rsidR="00F614D4" w:rsidRPr="00EE7170" w:rsidRDefault="00F614D4">
      <w:pPr>
        <w:jc w:val="center"/>
        <w:rPr>
          <w:rFonts w:ascii="Open Sans" w:hAnsi="Open Sans" w:cs="Open Sans"/>
          <w:noProof/>
          <w:lang w:val="pl-PL"/>
        </w:rPr>
      </w:pPr>
    </w:p>
    <w:p w14:paraId="3A873419" w14:textId="77777777" w:rsidR="00F614D4" w:rsidRPr="00EE7170" w:rsidRDefault="00F614D4">
      <w:pPr>
        <w:jc w:val="center"/>
        <w:rPr>
          <w:rFonts w:ascii="Open Sans" w:hAnsi="Open Sans" w:cs="Open Sans"/>
          <w:noProof/>
          <w:lang w:val="pl-PL"/>
        </w:rPr>
      </w:pPr>
    </w:p>
    <w:p w14:paraId="3030EF68" w14:textId="77777777" w:rsidR="0090250E" w:rsidRPr="00EE7170" w:rsidRDefault="00000000">
      <w:pPr>
        <w:keepNext/>
        <w:spacing w:before="100"/>
        <w:rPr>
          <w:rFonts w:ascii="Open Sans" w:hAnsi="Open Sans" w:cs="Open Sans"/>
          <w:noProof/>
          <w:lang w:val="pl-PL"/>
        </w:rPr>
      </w:pPr>
      <w:r w:rsidRPr="00EE7170">
        <w:rPr>
          <w:rFonts w:ascii="Open Sans" w:hAnsi="Open Sans" w:cs="Open Sans"/>
          <w:b/>
          <w:noProof/>
          <w:sz w:val="20"/>
          <w:lang w:val="pl-PL"/>
        </w:rPr>
        <w:t>1. DANE WNIOSKODAWCY</w:t>
      </w:r>
    </w:p>
    <w:p w14:paraId="605D3B6D" w14:textId="77777777" w:rsidR="0090250E" w:rsidRPr="00EE7170" w:rsidRDefault="00000000">
      <w:pPr>
        <w:rPr>
          <w:rFonts w:ascii="Open Sans" w:hAnsi="Open Sans" w:cs="Open Sans"/>
          <w:noProof/>
          <w:lang w:val="pl-PL"/>
        </w:rPr>
      </w:pPr>
      <w:r w:rsidRPr="00EE7170">
        <w:rPr>
          <w:rFonts w:ascii="Open Sans" w:hAnsi="Open Sans" w:cs="Open Sans"/>
          <w:b/>
          <w:noProof/>
          <w:lang w:val="pl-PL"/>
        </w:rPr>
        <w:t>Wnioskodawca</w:t>
      </w:r>
    </w:p>
    <w:tbl>
      <w:tblPr>
        <w:tblW w:w="0" w:type="auto"/>
        <w:tblLayout w:type="fixed"/>
        <w:tblLook w:val="04A0" w:firstRow="1" w:lastRow="0" w:firstColumn="1" w:lastColumn="0" w:noHBand="0" w:noVBand="1"/>
      </w:tblPr>
      <w:tblGrid>
        <w:gridCol w:w="1134"/>
        <w:gridCol w:w="567"/>
        <w:gridCol w:w="1077"/>
        <w:gridCol w:w="2154"/>
        <w:gridCol w:w="171"/>
        <w:gridCol w:w="509"/>
        <w:gridCol w:w="625"/>
        <w:gridCol w:w="509"/>
        <w:gridCol w:w="907"/>
        <w:gridCol w:w="2553"/>
      </w:tblGrid>
      <w:tr w:rsidR="0090250E" w:rsidRPr="00EE7170" w14:paraId="347AAD51" w14:textId="77777777">
        <w:trPr>
          <w:cantSplit/>
        </w:trPr>
        <w:tc>
          <w:tcPr>
            <w:tcW w:w="2778" w:type="dxa"/>
            <w:gridSpan w:val="3"/>
            <w:tcBorders>
              <w:top w:val="single" w:sz="4" w:space="0" w:color="A6A6A6"/>
              <w:left w:val="single" w:sz="4" w:space="0" w:color="A6A6A6"/>
              <w:bottom w:val="single" w:sz="4" w:space="0" w:color="A6A6A6"/>
              <w:right w:val="single" w:sz="4" w:space="0" w:color="A6A6A6"/>
            </w:tcBorders>
          </w:tcPr>
          <w:p w14:paraId="73BDABD9" w14:textId="77777777" w:rsidR="0090250E" w:rsidRPr="00EE7170" w:rsidRDefault="00000000">
            <w:pPr>
              <w:spacing w:before="40"/>
              <w:rPr>
                <w:rFonts w:ascii="Open Sans" w:hAnsi="Open Sans" w:cs="Open Sans"/>
                <w:noProof/>
                <w:lang w:val="pl-PL"/>
              </w:rPr>
            </w:pPr>
            <w:r w:rsidRPr="00EE7170">
              <w:rPr>
                <w:rFonts w:ascii="Open Sans" w:hAnsi="Open Sans" w:cs="Open Sans"/>
                <w:noProof/>
                <w:lang w:val="pl-PL"/>
              </w:rPr>
              <w:t>Pełna nazwa</w:t>
            </w:r>
          </w:p>
        </w:tc>
        <w:tc>
          <w:tcPr>
            <w:tcW w:w="7427" w:type="dxa"/>
            <w:gridSpan w:val="7"/>
            <w:tcBorders>
              <w:top w:val="single" w:sz="4" w:space="0" w:color="A6A6A6"/>
              <w:left w:val="single" w:sz="4" w:space="0" w:color="A6A6A6"/>
              <w:bottom w:val="single" w:sz="4" w:space="0" w:color="A6A6A6"/>
              <w:right w:val="single" w:sz="4" w:space="0" w:color="A6A6A6"/>
            </w:tcBorders>
            <w:shd w:val="clear" w:color="auto" w:fill="F3F4F5"/>
          </w:tcPr>
          <w:p w14:paraId="4E768936" w14:textId="77777777" w:rsidR="0090250E" w:rsidRPr="00EE7170" w:rsidRDefault="0090250E">
            <w:pPr>
              <w:spacing w:before="40"/>
              <w:rPr>
                <w:rFonts w:ascii="Open Sans" w:hAnsi="Open Sans" w:cs="Open Sans"/>
                <w:noProof/>
                <w:lang w:val="pl-PL"/>
              </w:rPr>
            </w:pPr>
          </w:p>
        </w:tc>
      </w:tr>
      <w:tr w:rsidR="0090250E" w:rsidRPr="00EE7170" w14:paraId="3EEF77CA" w14:textId="77777777">
        <w:trPr>
          <w:cantSplit/>
        </w:trPr>
        <w:tc>
          <w:tcPr>
            <w:tcW w:w="1134" w:type="dxa"/>
            <w:tcBorders>
              <w:top w:val="single" w:sz="4" w:space="0" w:color="A6A6A6"/>
              <w:left w:val="single" w:sz="4" w:space="0" w:color="A6A6A6"/>
              <w:bottom w:val="single" w:sz="4" w:space="0" w:color="A6A6A6"/>
              <w:right w:val="single" w:sz="4" w:space="0" w:color="A6A6A6"/>
            </w:tcBorders>
          </w:tcPr>
          <w:p w14:paraId="6157C7F4" w14:textId="77777777" w:rsidR="0090250E" w:rsidRPr="00EE7170" w:rsidRDefault="00000000">
            <w:pPr>
              <w:spacing w:before="40"/>
              <w:rPr>
                <w:rFonts w:ascii="Open Sans" w:hAnsi="Open Sans" w:cs="Open Sans"/>
                <w:noProof/>
                <w:lang w:val="pl-PL"/>
              </w:rPr>
            </w:pPr>
            <w:r w:rsidRPr="00EE7170">
              <w:rPr>
                <w:rFonts w:ascii="Open Sans" w:hAnsi="Open Sans" w:cs="Open Sans"/>
                <w:noProof/>
                <w:lang w:val="pl-PL"/>
              </w:rPr>
              <w:t>Adres</w:t>
            </w:r>
          </w:p>
        </w:tc>
        <w:tc>
          <w:tcPr>
            <w:tcW w:w="3798" w:type="dxa"/>
            <w:gridSpan w:val="3"/>
            <w:tcBorders>
              <w:top w:val="single" w:sz="4" w:space="0" w:color="A6A6A6"/>
              <w:left w:val="single" w:sz="4" w:space="0" w:color="A6A6A6"/>
              <w:bottom w:val="single" w:sz="4" w:space="0" w:color="A6A6A6"/>
              <w:right w:val="single" w:sz="4" w:space="0" w:color="A6A6A6"/>
            </w:tcBorders>
            <w:shd w:val="clear" w:color="auto" w:fill="F3F4F5"/>
          </w:tcPr>
          <w:p w14:paraId="7F9EB913" w14:textId="77777777" w:rsidR="0090250E" w:rsidRPr="00EE7170" w:rsidRDefault="0090250E">
            <w:pPr>
              <w:spacing w:before="40"/>
              <w:rPr>
                <w:rFonts w:ascii="Open Sans" w:hAnsi="Open Sans" w:cs="Open Sans"/>
                <w:noProof/>
                <w:lang w:val="pl-PL"/>
              </w:rPr>
            </w:pPr>
          </w:p>
        </w:tc>
        <w:tc>
          <w:tcPr>
            <w:tcW w:w="680" w:type="dxa"/>
            <w:gridSpan w:val="2"/>
            <w:tcBorders>
              <w:top w:val="single" w:sz="4" w:space="0" w:color="A6A6A6"/>
              <w:left w:val="single" w:sz="4" w:space="0" w:color="A6A6A6"/>
              <w:bottom w:val="single" w:sz="4" w:space="0" w:color="A6A6A6"/>
              <w:right w:val="single" w:sz="4" w:space="0" w:color="A6A6A6"/>
            </w:tcBorders>
          </w:tcPr>
          <w:p w14:paraId="072EFB27" w14:textId="77777777" w:rsidR="0090250E" w:rsidRPr="00EE7170" w:rsidRDefault="00000000">
            <w:pPr>
              <w:spacing w:before="40"/>
              <w:rPr>
                <w:rFonts w:ascii="Open Sans" w:hAnsi="Open Sans" w:cs="Open Sans"/>
                <w:noProof/>
                <w:lang w:val="pl-PL"/>
              </w:rPr>
            </w:pPr>
            <w:r w:rsidRPr="00EE7170">
              <w:rPr>
                <w:rFonts w:ascii="Open Sans" w:hAnsi="Open Sans" w:cs="Open Sans"/>
                <w:noProof/>
                <w:lang w:val="pl-PL"/>
              </w:rPr>
              <w:t>Kod</w:t>
            </w:r>
          </w:p>
        </w:tc>
        <w:tc>
          <w:tcPr>
            <w:tcW w:w="1134" w:type="dxa"/>
            <w:gridSpan w:val="2"/>
            <w:tcBorders>
              <w:top w:val="single" w:sz="4" w:space="0" w:color="A6A6A6"/>
              <w:left w:val="single" w:sz="4" w:space="0" w:color="A6A6A6"/>
              <w:bottom w:val="single" w:sz="4" w:space="0" w:color="A6A6A6"/>
              <w:right w:val="single" w:sz="4" w:space="0" w:color="A6A6A6"/>
            </w:tcBorders>
            <w:shd w:val="clear" w:color="auto" w:fill="F3F4F5"/>
          </w:tcPr>
          <w:p w14:paraId="3065B45A" w14:textId="77777777" w:rsidR="0090250E" w:rsidRPr="00EE7170" w:rsidRDefault="0090250E">
            <w:pPr>
              <w:spacing w:before="40"/>
              <w:rPr>
                <w:rFonts w:ascii="Open Sans" w:hAnsi="Open Sans" w:cs="Open Sans"/>
                <w:noProof/>
                <w:lang w:val="pl-PL"/>
              </w:rPr>
            </w:pPr>
          </w:p>
        </w:tc>
        <w:tc>
          <w:tcPr>
            <w:tcW w:w="907" w:type="dxa"/>
            <w:tcBorders>
              <w:top w:val="single" w:sz="4" w:space="0" w:color="A6A6A6"/>
              <w:left w:val="single" w:sz="4" w:space="0" w:color="A6A6A6"/>
              <w:bottom w:val="single" w:sz="4" w:space="0" w:color="A6A6A6"/>
              <w:right w:val="single" w:sz="4" w:space="0" w:color="A6A6A6"/>
            </w:tcBorders>
          </w:tcPr>
          <w:p w14:paraId="48C4A87A" w14:textId="77777777" w:rsidR="0090250E" w:rsidRPr="00EE7170" w:rsidRDefault="00000000">
            <w:pPr>
              <w:spacing w:before="40"/>
              <w:rPr>
                <w:rFonts w:ascii="Open Sans" w:hAnsi="Open Sans" w:cs="Open Sans"/>
                <w:noProof/>
                <w:lang w:val="pl-PL"/>
              </w:rPr>
            </w:pPr>
            <w:r w:rsidRPr="00EE7170">
              <w:rPr>
                <w:rFonts w:ascii="Open Sans" w:hAnsi="Open Sans" w:cs="Open Sans"/>
                <w:noProof/>
                <w:lang w:val="pl-PL"/>
              </w:rPr>
              <w:t>Miasto</w:t>
            </w:r>
          </w:p>
        </w:tc>
        <w:tc>
          <w:tcPr>
            <w:tcW w:w="2551" w:type="dxa"/>
            <w:tcBorders>
              <w:top w:val="single" w:sz="4" w:space="0" w:color="A6A6A6"/>
              <w:left w:val="single" w:sz="4" w:space="0" w:color="A6A6A6"/>
              <w:bottom w:val="single" w:sz="4" w:space="0" w:color="A6A6A6"/>
              <w:right w:val="single" w:sz="4" w:space="0" w:color="A6A6A6"/>
            </w:tcBorders>
            <w:shd w:val="clear" w:color="auto" w:fill="F3F4F5"/>
          </w:tcPr>
          <w:p w14:paraId="3B802A9C" w14:textId="77777777" w:rsidR="0090250E" w:rsidRPr="00EE7170" w:rsidRDefault="0090250E">
            <w:pPr>
              <w:spacing w:before="40"/>
              <w:rPr>
                <w:rFonts w:ascii="Open Sans" w:hAnsi="Open Sans" w:cs="Open Sans"/>
                <w:noProof/>
                <w:lang w:val="pl-PL"/>
              </w:rPr>
            </w:pPr>
          </w:p>
        </w:tc>
      </w:tr>
      <w:tr w:rsidR="0090250E" w:rsidRPr="00EE7170" w14:paraId="1361F72E" w14:textId="77777777">
        <w:trPr>
          <w:cantSplit/>
        </w:trPr>
        <w:tc>
          <w:tcPr>
            <w:tcW w:w="1701" w:type="dxa"/>
            <w:gridSpan w:val="2"/>
            <w:tcBorders>
              <w:top w:val="single" w:sz="4" w:space="0" w:color="A6A6A6"/>
              <w:left w:val="single" w:sz="4" w:space="0" w:color="A6A6A6"/>
              <w:bottom w:val="single" w:sz="4" w:space="0" w:color="A6A6A6"/>
              <w:right w:val="single" w:sz="4" w:space="0" w:color="A6A6A6"/>
            </w:tcBorders>
          </w:tcPr>
          <w:p w14:paraId="03D3676A" w14:textId="58DEEBFC" w:rsidR="0090250E" w:rsidRPr="00EE7170" w:rsidRDefault="00000000">
            <w:pPr>
              <w:spacing w:before="40"/>
              <w:rPr>
                <w:rFonts w:ascii="Open Sans" w:hAnsi="Open Sans" w:cs="Open Sans"/>
                <w:noProof/>
                <w:lang w:val="pl-PL"/>
              </w:rPr>
            </w:pPr>
            <w:r w:rsidRPr="00EE7170">
              <w:rPr>
                <w:rFonts w:ascii="Open Sans" w:hAnsi="Open Sans" w:cs="Open Sans"/>
                <w:noProof/>
                <w:lang w:val="pl-PL"/>
              </w:rPr>
              <w:t xml:space="preserve">Numer telefonu </w:t>
            </w:r>
          </w:p>
        </w:tc>
        <w:tc>
          <w:tcPr>
            <w:tcW w:w="3402" w:type="dxa"/>
            <w:gridSpan w:val="3"/>
            <w:tcBorders>
              <w:top w:val="single" w:sz="4" w:space="0" w:color="A6A6A6"/>
              <w:left w:val="single" w:sz="4" w:space="0" w:color="A6A6A6"/>
              <w:bottom w:val="single" w:sz="4" w:space="0" w:color="A6A6A6"/>
              <w:right w:val="single" w:sz="4" w:space="0" w:color="A6A6A6"/>
            </w:tcBorders>
            <w:shd w:val="clear" w:color="auto" w:fill="F3F4F5"/>
          </w:tcPr>
          <w:p w14:paraId="6032F79E" w14:textId="77777777" w:rsidR="0090250E" w:rsidRPr="00EE7170" w:rsidRDefault="0090250E">
            <w:pPr>
              <w:spacing w:before="40"/>
              <w:rPr>
                <w:rFonts w:ascii="Open Sans" w:hAnsi="Open Sans" w:cs="Open Sans"/>
                <w:noProof/>
                <w:lang w:val="pl-PL"/>
              </w:rPr>
            </w:pPr>
          </w:p>
        </w:tc>
        <w:tc>
          <w:tcPr>
            <w:tcW w:w="1134" w:type="dxa"/>
            <w:gridSpan w:val="2"/>
            <w:tcBorders>
              <w:top w:val="single" w:sz="4" w:space="0" w:color="A6A6A6"/>
              <w:left w:val="single" w:sz="4" w:space="0" w:color="A6A6A6"/>
              <w:bottom w:val="single" w:sz="4" w:space="0" w:color="A6A6A6"/>
              <w:right w:val="single" w:sz="4" w:space="0" w:color="A6A6A6"/>
            </w:tcBorders>
          </w:tcPr>
          <w:p w14:paraId="1E524563" w14:textId="3B30C413" w:rsidR="0090250E" w:rsidRPr="00EE7170" w:rsidRDefault="00000000">
            <w:pPr>
              <w:spacing w:before="40"/>
              <w:rPr>
                <w:rFonts w:ascii="Open Sans" w:hAnsi="Open Sans" w:cs="Open Sans"/>
                <w:noProof/>
                <w:lang w:val="pl-PL"/>
              </w:rPr>
            </w:pPr>
            <w:r w:rsidRPr="00EE7170">
              <w:rPr>
                <w:rFonts w:ascii="Open Sans" w:hAnsi="Open Sans" w:cs="Open Sans"/>
                <w:noProof/>
                <w:lang w:val="pl-PL"/>
              </w:rPr>
              <w:t xml:space="preserve">E-mail </w:t>
            </w:r>
          </w:p>
        </w:tc>
        <w:tc>
          <w:tcPr>
            <w:tcW w:w="3969" w:type="dxa"/>
            <w:gridSpan w:val="3"/>
            <w:tcBorders>
              <w:top w:val="single" w:sz="4" w:space="0" w:color="A6A6A6"/>
              <w:left w:val="single" w:sz="4" w:space="0" w:color="A6A6A6"/>
              <w:bottom w:val="single" w:sz="4" w:space="0" w:color="A6A6A6"/>
              <w:right w:val="single" w:sz="4" w:space="0" w:color="A6A6A6"/>
            </w:tcBorders>
            <w:shd w:val="clear" w:color="auto" w:fill="F3F4F5"/>
          </w:tcPr>
          <w:p w14:paraId="553CAA66" w14:textId="77777777" w:rsidR="0090250E" w:rsidRPr="00EE7170" w:rsidRDefault="0090250E">
            <w:pPr>
              <w:spacing w:before="40"/>
              <w:rPr>
                <w:rFonts w:ascii="Open Sans" w:hAnsi="Open Sans" w:cs="Open Sans"/>
                <w:noProof/>
                <w:lang w:val="pl-PL"/>
              </w:rPr>
            </w:pPr>
          </w:p>
        </w:tc>
      </w:tr>
    </w:tbl>
    <w:p w14:paraId="3054574F" w14:textId="77777777" w:rsidR="0090250E" w:rsidRPr="00EE7170" w:rsidRDefault="00000000">
      <w:pPr>
        <w:rPr>
          <w:rFonts w:ascii="Open Sans" w:hAnsi="Open Sans" w:cs="Open Sans"/>
          <w:noProof/>
          <w:lang w:val="pl-PL"/>
        </w:rPr>
      </w:pPr>
      <w:r w:rsidRPr="00EE7170">
        <w:rPr>
          <w:rFonts w:ascii="Open Sans" w:hAnsi="Open Sans" w:cs="Open Sans"/>
          <w:b/>
          <w:noProof/>
          <w:lang w:val="pl-PL"/>
        </w:rPr>
        <w:t>Pełnomocnik</w:t>
      </w:r>
    </w:p>
    <w:tbl>
      <w:tblPr>
        <w:tblW w:w="0" w:type="auto"/>
        <w:tblLayout w:type="fixed"/>
        <w:tblLook w:val="04A0" w:firstRow="1" w:lastRow="0" w:firstColumn="1" w:lastColumn="0" w:noHBand="0" w:noVBand="1"/>
      </w:tblPr>
      <w:tblGrid>
        <w:gridCol w:w="1134"/>
        <w:gridCol w:w="567"/>
        <w:gridCol w:w="1077"/>
        <w:gridCol w:w="2154"/>
        <w:gridCol w:w="171"/>
        <w:gridCol w:w="509"/>
        <w:gridCol w:w="625"/>
        <w:gridCol w:w="509"/>
        <w:gridCol w:w="907"/>
        <w:gridCol w:w="2553"/>
      </w:tblGrid>
      <w:tr w:rsidR="0090250E" w:rsidRPr="00EE7170" w14:paraId="2EC596B1" w14:textId="77777777">
        <w:trPr>
          <w:cantSplit/>
        </w:trPr>
        <w:tc>
          <w:tcPr>
            <w:tcW w:w="2778" w:type="dxa"/>
            <w:gridSpan w:val="3"/>
            <w:tcBorders>
              <w:top w:val="single" w:sz="4" w:space="0" w:color="A6A6A6"/>
              <w:left w:val="single" w:sz="4" w:space="0" w:color="A6A6A6"/>
              <w:bottom w:val="single" w:sz="4" w:space="0" w:color="A6A6A6"/>
              <w:right w:val="single" w:sz="4" w:space="0" w:color="A6A6A6"/>
            </w:tcBorders>
          </w:tcPr>
          <w:p w14:paraId="2EA642FF" w14:textId="77777777" w:rsidR="0090250E" w:rsidRPr="00EE7170" w:rsidRDefault="00000000">
            <w:pPr>
              <w:spacing w:before="40"/>
              <w:rPr>
                <w:rFonts w:ascii="Open Sans" w:hAnsi="Open Sans" w:cs="Open Sans"/>
                <w:noProof/>
                <w:lang w:val="pl-PL"/>
              </w:rPr>
            </w:pPr>
            <w:r w:rsidRPr="00EE7170">
              <w:rPr>
                <w:rFonts w:ascii="Open Sans" w:hAnsi="Open Sans" w:cs="Open Sans"/>
                <w:noProof/>
                <w:lang w:val="pl-PL"/>
              </w:rPr>
              <w:t>Pełna nazwa / Imię i nazwisko</w:t>
            </w:r>
          </w:p>
        </w:tc>
        <w:tc>
          <w:tcPr>
            <w:tcW w:w="7427" w:type="dxa"/>
            <w:gridSpan w:val="7"/>
            <w:tcBorders>
              <w:top w:val="single" w:sz="4" w:space="0" w:color="A6A6A6"/>
              <w:left w:val="single" w:sz="4" w:space="0" w:color="A6A6A6"/>
              <w:bottom w:val="single" w:sz="4" w:space="0" w:color="A6A6A6"/>
              <w:right w:val="single" w:sz="4" w:space="0" w:color="A6A6A6"/>
            </w:tcBorders>
            <w:shd w:val="clear" w:color="auto" w:fill="F3F4F5"/>
          </w:tcPr>
          <w:p w14:paraId="3B650D8C" w14:textId="77777777" w:rsidR="0090250E" w:rsidRPr="00EE7170" w:rsidRDefault="0090250E">
            <w:pPr>
              <w:spacing w:before="40"/>
              <w:rPr>
                <w:rFonts w:ascii="Open Sans" w:hAnsi="Open Sans" w:cs="Open Sans"/>
                <w:noProof/>
                <w:lang w:val="pl-PL"/>
              </w:rPr>
            </w:pPr>
          </w:p>
        </w:tc>
      </w:tr>
      <w:tr w:rsidR="0090250E" w:rsidRPr="00EE7170" w14:paraId="6158F03B" w14:textId="77777777">
        <w:trPr>
          <w:cantSplit/>
        </w:trPr>
        <w:tc>
          <w:tcPr>
            <w:tcW w:w="1134" w:type="dxa"/>
            <w:tcBorders>
              <w:top w:val="single" w:sz="4" w:space="0" w:color="A6A6A6"/>
              <w:left w:val="single" w:sz="4" w:space="0" w:color="A6A6A6"/>
              <w:bottom w:val="single" w:sz="4" w:space="0" w:color="A6A6A6"/>
              <w:right w:val="single" w:sz="4" w:space="0" w:color="A6A6A6"/>
            </w:tcBorders>
          </w:tcPr>
          <w:p w14:paraId="6D32CE2D" w14:textId="77777777" w:rsidR="0090250E" w:rsidRPr="00EE7170" w:rsidRDefault="00000000">
            <w:pPr>
              <w:spacing w:before="40"/>
              <w:rPr>
                <w:rFonts w:ascii="Open Sans" w:hAnsi="Open Sans" w:cs="Open Sans"/>
                <w:noProof/>
                <w:lang w:val="pl-PL"/>
              </w:rPr>
            </w:pPr>
            <w:r w:rsidRPr="00EE7170">
              <w:rPr>
                <w:rFonts w:ascii="Open Sans" w:hAnsi="Open Sans" w:cs="Open Sans"/>
                <w:noProof/>
                <w:lang w:val="pl-PL"/>
              </w:rPr>
              <w:t>Adres</w:t>
            </w:r>
          </w:p>
        </w:tc>
        <w:tc>
          <w:tcPr>
            <w:tcW w:w="3798" w:type="dxa"/>
            <w:gridSpan w:val="3"/>
            <w:tcBorders>
              <w:top w:val="single" w:sz="4" w:space="0" w:color="A6A6A6"/>
              <w:left w:val="single" w:sz="4" w:space="0" w:color="A6A6A6"/>
              <w:bottom w:val="single" w:sz="4" w:space="0" w:color="A6A6A6"/>
              <w:right w:val="single" w:sz="4" w:space="0" w:color="A6A6A6"/>
            </w:tcBorders>
            <w:shd w:val="clear" w:color="auto" w:fill="F3F4F5"/>
          </w:tcPr>
          <w:p w14:paraId="511C984C" w14:textId="77777777" w:rsidR="0090250E" w:rsidRPr="00EE7170" w:rsidRDefault="0090250E">
            <w:pPr>
              <w:spacing w:before="40"/>
              <w:rPr>
                <w:rFonts w:ascii="Open Sans" w:hAnsi="Open Sans" w:cs="Open Sans"/>
                <w:noProof/>
                <w:lang w:val="pl-PL"/>
              </w:rPr>
            </w:pPr>
          </w:p>
        </w:tc>
        <w:tc>
          <w:tcPr>
            <w:tcW w:w="680" w:type="dxa"/>
            <w:gridSpan w:val="2"/>
            <w:tcBorders>
              <w:top w:val="single" w:sz="4" w:space="0" w:color="A6A6A6"/>
              <w:left w:val="single" w:sz="4" w:space="0" w:color="A6A6A6"/>
              <w:bottom w:val="single" w:sz="4" w:space="0" w:color="A6A6A6"/>
              <w:right w:val="single" w:sz="4" w:space="0" w:color="A6A6A6"/>
            </w:tcBorders>
          </w:tcPr>
          <w:p w14:paraId="510B7081" w14:textId="77777777" w:rsidR="0090250E" w:rsidRPr="00EE7170" w:rsidRDefault="00000000">
            <w:pPr>
              <w:spacing w:before="40"/>
              <w:rPr>
                <w:rFonts w:ascii="Open Sans" w:hAnsi="Open Sans" w:cs="Open Sans"/>
                <w:noProof/>
                <w:lang w:val="pl-PL"/>
              </w:rPr>
            </w:pPr>
            <w:r w:rsidRPr="00EE7170">
              <w:rPr>
                <w:rFonts w:ascii="Open Sans" w:hAnsi="Open Sans" w:cs="Open Sans"/>
                <w:noProof/>
                <w:lang w:val="pl-PL"/>
              </w:rPr>
              <w:t>Kod</w:t>
            </w:r>
          </w:p>
        </w:tc>
        <w:tc>
          <w:tcPr>
            <w:tcW w:w="1134" w:type="dxa"/>
            <w:gridSpan w:val="2"/>
            <w:tcBorders>
              <w:top w:val="single" w:sz="4" w:space="0" w:color="A6A6A6"/>
              <w:left w:val="single" w:sz="4" w:space="0" w:color="A6A6A6"/>
              <w:bottom w:val="single" w:sz="4" w:space="0" w:color="A6A6A6"/>
              <w:right w:val="single" w:sz="4" w:space="0" w:color="A6A6A6"/>
            </w:tcBorders>
            <w:shd w:val="clear" w:color="auto" w:fill="F3F4F5"/>
          </w:tcPr>
          <w:p w14:paraId="3EE7D6FC" w14:textId="77777777" w:rsidR="0090250E" w:rsidRPr="00EE7170" w:rsidRDefault="0090250E">
            <w:pPr>
              <w:spacing w:before="40"/>
              <w:rPr>
                <w:rFonts w:ascii="Open Sans" w:hAnsi="Open Sans" w:cs="Open Sans"/>
                <w:noProof/>
                <w:lang w:val="pl-PL"/>
              </w:rPr>
            </w:pPr>
          </w:p>
        </w:tc>
        <w:tc>
          <w:tcPr>
            <w:tcW w:w="907" w:type="dxa"/>
            <w:tcBorders>
              <w:top w:val="single" w:sz="4" w:space="0" w:color="A6A6A6"/>
              <w:left w:val="single" w:sz="4" w:space="0" w:color="A6A6A6"/>
              <w:bottom w:val="single" w:sz="4" w:space="0" w:color="A6A6A6"/>
              <w:right w:val="single" w:sz="4" w:space="0" w:color="A6A6A6"/>
            </w:tcBorders>
          </w:tcPr>
          <w:p w14:paraId="5F2F5E62" w14:textId="77777777" w:rsidR="0090250E" w:rsidRPr="00EE7170" w:rsidRDefault="00000000">
            <w:pPr>
              <w:spacing w:before="40"/>
              <w:rPr>
                <w:rFonts w:ascii="Open Sans" w:hAnsi="Open Sans" w:cs="Open Sans"/>
                <w:noProof/>
                <w:lang w:val="pl-PL"/>
              </w:rPr>
            </w:pPr>
            <w:r w:rsidRPr="00EE7170">
              <w:rPr>
                <w:rFonts w:ascii="Open Sans" w:hAnsi="Open Sans" w:cs="Open Sans"/>
                <w:noProof/>
                <w:lang w:val="pl-PL"/>
              </w:rPr>
              <w:t>Miasto</w:t>
            </w:r>
          </w:p>
        </w:tc>
        <w:tc>
          <w:tcPr>
            <w:tcW w:w="2551" w:type="dxa"/>
            <w:tcBorders>
              <w:top w:val="single" w:sz="4" w:space="0" w:color="A6A6A6"/>
              <w:left w:val="single" w:sz="4" w:space="0" w:color="A6A6A6"/>
              <w:bottom w:val="single" w:sz="4" w:space="0" w:color="A6A6A6"/>
              <w:right w:val="single" w:sz="4" w:space="0" w:color="A6A6A6"/>
            </w:tcBorders>
            <w:shd w:val="clear" w:color="auto" w:fill="F3F4F5"/>
          </w:tcPr>
          <w:p w14:paraId="3744B177" w14:textId="77777777" w:rsidR="0090250E" w:rsidRPr="00EE7170" w:rsidRDefault="0090250E">
            <w:pPr>
              <w:spacing w:before="40"/>
              <w:rPr>
                <w:rFonts w:ascii="Open Sans" w:hAnsi="Open Sans" w:cs="Open Sans"/>
                <w:noProof/>
                <w:lang w:val="pl-PL"/>
              </w:rPr>
            </w:pPr>
          </w:p>
        </w:tc>
      </w:tr>
      <w:tr w:rsidR="0090250E" w:rsidRPr="00EE7170" w14:paraId="0CF93E74" w14:textId="77777777">
        <w:trPr>
          <w:cantSplit/>
        </w:trPr>
        <w:tc>
          <w:tcPr>
            <w:tcW w:w="1701" w:type="dxa"/>
            <w:gridSpan w:val="2"/>
            <w:tcBorders>
              <w:top w:val="single" w:sz="4" w:space="0" w:color="A6A6A6"/>
              <w:left w:val="single" w:sz="4" w:space="0" w:color="A6A6A6"/>
              <w:bottom w:val="single" w:sz="4" w:space="0" w:color="A6A6A6"/>
              <w:right w:val="single" w:sz="4" w:space="0" w:color="A6A6A6"/>
            </w:tcBorders>
          </w:tcPr>
          <w:p w14:paraId="2C04E4A5" w14:textId="7B100FA4" w:rsidR="0090250E" w:rsidRPr="00EE7170" w:rsidRDefault="00000000">
            <w:pPr>
              <w:spacing w:before="40"/>
              <w:rPr>
                <w:rFonts w:ascii="Open Sans" w:hAnsi="Open Sans" w:cs="Open Sans"/>
                <w:noProof/>
                <w:lang w:val="pl-PL"/>
              </w:rPr>
            </w:pPr>
            <w:r w:rsidRPr="00EE7170">
              <w:rPr>
                <w:rFonts w:ascii="Open Sans" w:hAnsi="Open Sans" w:cs="Open Sans"/>
                <w:noProof/>
                <w:lang w:val="pl-PL"/>
              </w:rPr>
              <w:t xml:space="preserve">Numer telefonu </w:t>
            </w:r>
          </w:p>
        </w:tc>
        <w:tc>
          <w:tcPr>
            <w:tcW w:w="3402" w:type="dxa"/>
            <w:gridSpan w:val="3"/>
            <w:tcBorders>
              <w:top w:val="single" w:sz="4" w:space="0" w:color="A6A6A6"/>
              <w:left w:val="single" w:sz="4" w:space="0" w:color="A6A6A6"/>
              <w:bottom w:val="single" w:sz="4" w:space="0" w:color="A6A6A6"/>
              <w:right w:val="single" w:sz="4" w:space="0" w:color="A6A6A6"/>
            </w:tcBorders>
            <w:shd w:val="clear" w:color="auto" w:fill="F3F4F5"/>
          </w:tcPr>
          <w:p w14:paraId="52C46648" w14:textId="77777777" w:rsidR="0090250E" w:rsidRPr="00EE7170" w:rsidRDefault="0090250E">
            <w:pPr>
              <w:spacing w:before="40"/>
              <w:rPr>
                <w:rFonts w:ascii="Open Sans" w:hAnsi="Open Sans" w:cs="Open Sans"/>
                <w:noProof/>
                <w:lang w:val="pl-PL"/>
              </w:rPr>
            </w:pPr>
          </w:p>
        </w:tc>
        <w:tc>
          <w:tcPr>
            <w:tcW w:w="1134" w:type="dxa"/>
            <w:gridSpan w:val="2"/>
            <w:tcBorders>
              <w:top w:val="single" w:sz="4" w:space="0" w:color="A6A6A6"/>
              <w:left w:val="single" w:sz="4" w:space="0" w:color="A6A6A6"/>
              <w:bottom w:val="single" w:sz="4" w:space="0" w:color="A6A6A6"/>
              <w:right w:val="single" w:sz="4" w:space="0" w:color="A6A6A6"/>
            </w:tcBorders>
          </w:tcPr>
          <w:p w14:paraId="5394B7EA" w14:textId="3234F267" w:rsidR="0090250E" w:rsidRPr="00EE7170" w:rsidRDefault="00000000">
            <w:pPr>
              <w:spacing w:before="40"/>
              <w:rPr>
                <w:rFonts w:ascii="Open Sans" w:hAnsi="Open Sans" w:cs="Open Sans"/>
                <w:noProof/>
                <w:lang w:val="pl-PL"/>
              </w:rPr>
            </w:pPr>
            <w:r w:rsidRPr="00EE7170">
              <w:rPr>
                <w:rFonts w:ascii="Open Sans" w:hAnsi="Open Sans" w:cs="Open Sans"/>
                <w:noProof/>
                <w:lang w:val="pl-PL"/>
              </w:rPr>
              <w:t xml:space="preserve">E-mail </w:t>
            </w:r>
          </w:p>
        </w:tc>
        <w:tc>
          <w:tcPr>
            <w:tcW w:w="3969" w:type="dxa"/>
            <w:gridSpan w:val="3"/>
            <w:tcBorders>
              <w:top w:val="single" w:sz="4" w:space="0" w:color="A6A6A6"/>
              <w:left w:val="single" w:sz="4" w:space="0" w:color="A6A6A6"/>
              <w:bottom w:val="single" w:sz="4" w:space="0" w:color="A6A6A6"/>
              <w:right w:val="single" w:sz="4" w:space="0" w:color="A6A6A6"/>
            </w:tcBorders>
            <w:shd w:val="clear" w:color="auto" w:fill="F3F4F5"/>
          </w:tcPr>
          <w:p w14:paraId="0B606B18" w14:textId="77777777" w:rsidR="0090250E" w:rsidRPr="00EE7170" w:rsidRDefault="0090250E">
            <w:pPr>
              <w:spacing w:before="40"/>
              <w:rPr>
                <w:rFonts w:ascii="Open Sans" w:hAnsi="Open Sans" w:cs="Open Sans"/>
                <w:noProof/>
                <w:lang w:val="pl-PL"/>
              </w:rPr>
            </w:pPr>
          </w:p>
        </w:tc>
      </w:tr>
    </w:tbl>
    <w:p w14:paraId="50DDAD99" w14:textId="77777777" w:rsidR="0090250E" w:rsidRPr="00EE7170" w:rsidRDefault="00000000">
      <w:pPr>
        <w:spacing w:before="60"/>
        <w:rPr>
          <w:rFonts w:ascii="Open Sans" w:hAnsi="Open Sans" w:cs="Open Sans"/>
          <w:noProof/>
          <w:szCs w:val="18"/>
          <w:lang w:val="pl-PL"/>
        </w:rPr>
      </w:pPr>
      <w:r w:rsidRPr="00EE7170">
        <w:rPr>
          <w:rFonts w:ascii="Open Sans" w:hAnsi="Open Sans" w:cs="Open Sans"/>
          <w:noProof/>
          <w:szCs w:val="18"/>
          <w:lang w:val="pl-PL"/>
        </w:rPr>
        <w:t>Wnosi o wydanie warunków technicznych o możliwości przyłączenia do sieci ciepłowniczej obiektu:</w:t>
      </w:r>
    </w:p>
    <w:p w14:paraId="6359AF08" w14:textId="77777777" w:rsidR="0090250E" w:rsidRPr="00EE7170" w:rsidRDefault="00000000">
      <w:pPr>
        <w:keepNext/>
        <w:spacing w:before="100"/>
        <w:rPr>
          <w:rFonts w:ascii="Open Sans" w:hAnsi="Open Sans" w:cs="Open Sans"/>
          <w:noProof/>
          <w:lang w:val="pl-PL"/>
        </w:rPr>
      </w:pPr>
      <w:r w:rsidRPr="00EE7170">
        <w:rPr>
          <w:rFonts w:ascii="Open Sans" w:hAnsi="Open Sans" w:cs="Open Sans"/>
          <w:b/>
          <w:noProof/>
          <w:sz w:val="20"/>
          <w:lang w:val="pl-PL"/>
        </w:rPr>
        <w:t>2. DANE O OBIEKCIE PRZYŁĄCZANYM DO SIECI CIEPŁOWNICZEJ</w:t>
      </w:r>
    </w:p>
    <w:tbl>
      <w:tblPr>
        <w:tblW w:w="0" w:type="auto"/>
        <w:tblLayout w:type="fixed"/>
        <w:tblLook w:val="04A0" w:firstRow="1" w:lastRow="0" w:firstColumn="1" w:lastColumn="0" w:noHBand="0" w:noVBand="1"/>
      </w:tblPr>
      <w:tblGrid>
        <w:gridCol w:w="1134"/>
        <w:gridCol w:w="567"/>
        <w:gridCol w:w="1077"/>
        <w:gridCol w:w="2154"/>
        <w:gridCol w:w="171"/>
        <w:gridCol w:w="509"/>
        <w:gridCol w:w="625"/>
        <w:gridCol w:w="509"/>
        <w:gridCol w:w="907"/>
        <w:gridCol w:w="2553"/>
      </w:tblGrid>
      <w:tr w:rsidR="0090250E" w:rsidRPr="00EE7170" w14:paraId="1866D541" w14:textId="77777777">
        <w:trPr>
          <w:cantSplit/>
        </w:trPr>
        <w:tc>
          <w:tcPr>
            <w:tcW w:w="2778" w:type="dxa"/>
            <w:gridSpan w:val="3"/>
            <w:tcBorders>
              <w:top w:val="single" w:sz="4" w:space="0" w:color="A6A6A6"/>
              <w:left w:val="single" w:sz="4" w:space="0" w:color="A6A6A6"/>
              <w:bottom w:val="single" w:sz="4" w:space="0" w:color="A6A6A6"/>
              <w:right w:val="single" w:sz="4" w:space="0" w:color="A6A6A6"/>
            </w:tcBorders>
          </w:tcPr>
          <w:p w14:paraId="029CA7B1" w14:textId="77777777" w:rsidR="0090250E" w:rsidRPr="00EE7170" w:rsidRDefault="00000000">
            <w:pPr>
              <w:spacing w:before="40"/>
              <w:rPr>
                <w:rFonts w:ascii="Open Sans" w:hAnsi="Open Sans" w:cs="Open Sans"/>
                <w:noProof/>
                <w:lang w:val="pl-PL"/>
              </w:rPr>
            </w:pPr>
            <w:r w:rsidRPr="00EE7170">
              <w:rPr>
                <w:rFonts w:ascii="Open Sans" w:hAnsi="Open Sans" w:cs="Open Sans"/>
                <w:noProof/>
                <w:lang w:val="pl-PL"/>
              </w:rPr>
              <w:t>Obiekt / Nazwa inwestycji</w:t>
            </w:r>
          </w:p>
        </w:tc>
        <w:tc>
          <w:tcPr>
            <w:tcW w:w="7427" w:type="dxa"/>
            <w:gridSpan w:val="7"/>
            <w:tcBorders>
              <w:top w:val="single" w:sz="4" w:space="0" w:color="A6A6A6"/>
              <w:left w:val="single" w:sz="4" w:space="0" w:color="A6A6A6"/>
              <w:bottom w:val="single" w:sz="4" w:space="0" w:color="A6A6A6"/>
              <w:right w:val="single" w:sz="4" w:space="0" w:color="A6A6A6"/>
            </w:tcBorders>
            <w:shd w:val="clear" w:color="auto" w:fill="F3F4F5"/>
          </w:tcPr>
          <w:p w14:paraId="4ED9E659" w14:textId="77777777" w:rsidR="0090250E" w:rsidRPr="00EE7170" w:rsidRDefault="0090250E">
            <w:pPr>
              <w:spacing w:before="40"/>
              <w:rPr>
                <w:rFonts w:ascii="Open Sans" w:hAnsi="Open Sans" w:cs="Open Sans"/>
                <w:noProof/>
                <w:lang w:val="pl-PL"/>
              </w:rPr>
            </w:pPr>
          </w:p>
        </w:tc>
      </w:tr>
      <w:tr w:rsidR="0090250E" w:rsidRPr="00EE7170" w14:paraId="19CBD6C1" w14:textId="77777777">
        <w:trPr>
          <w:cantSplit/>
        </w:trPr>
        <w:tc>
          <w:tcPr>
            <w:tcW w:w="1134" w:type="dxa"/>
            <w:tcBorders>
              <w:top w:val="single" w:sz="4" w:space="0" w:color="A6A6A6"/>
              <w:left w:val="single" w:sz="4" w:space="0" w:color="A6A6A6"/>
              <w:bottom w:val="single" w:sz="4" w:space="0" w:color="A6A6A6"/>
              <w:right w:val="single" w:sz="4" w:space="0" w:color="A6A6A6"/>
            </w:tcBorders>
          </w:tcPr>
          <w:p w14:paraId="3C0FDED4" w14:textId="77777777" w:rsidR="0090250E" w:rsidRPr="00EE7170" w:rsidRDefault="00000000">
            <w:pPr>
              <w:spacing w:before="40"/>
              <w:rPr>
                <w:rFonts w:ascii="Open Sans" w:hAnsi="Open Sans" w:cs="Open Sans"/>
                <w:noProof/>
                <w:lang w:val="pl-PL"/>
              </w:rPr>
            </w:pPr>
            <w:r w:rsidRPr="00EE7170">
              <w:rPr>
                <w:rFonts w:ascii="Open Sans" w:hAnsi="Open Sans" w:cs="Open Sans"/>
                <w:noProof/>
                <w:lang w:val="pl-PL"/>
              </w:rPr>
              <w:t>Adres</w:t>
            </w:r>
          </w:p>
        </w:tc>
        <w:tc>
          <w:tcPr>
            <w:tcW w:w="3798" w:type="dxa"/>
            <w:gridSpan w:val="3"/>
            <w:tcBorders>
              <w:top w:val="single" w:sz="4" w:space="0" w:color="A6A6A6"/>
              <w:left w:val="single" w:sz="4" w:space="0" w:color="A6A6A6"/>
              <w:bottom w:val="single" w:sz="4" w:space="0" w:color="A6A6A6"/>
              <w:right w:val="single" w:sz="4" w:space="0" w:color="A6A6A6"/>
            </w:tcBorders>
            <w:shd w:val="clear" w:color="auto" w:fill="F3F4F5"/>
          </w:tcPr>
          <w:p w14:paraId="47E4380B" w14:textId="77777777" w:rsidR="0090250E" w:rsidRPr="00EE7170" w:rsidRDefault="0090250E">
            <w:pPr>
              <w:spacing w:before="40"/>
              <w:rPr>
                <w:rFonts w:ascii="Open Sans" w:hAnsi="Open Sans" w:cs="Open Sans"/>
                <w:noProof/>
                <w:lang w:val="pl-PL"/>
              </w:rPr>
            </w:pPr>
          </w:p>
        </w:tc>
        <w:tc>
          <w:tcPr>
            <w:tcW w:w="680" w:type="dxa"/>
            <w:gridSpan w:val="2"/>
            <w:tcBorders>
              <w:top w:val="single" w:sz="4" w:space="0" w:color="A6A6A6"/>
              <w:left w:val="single" w:sz="4" w:space="0" w:color="A6A6A6"/>
              <w:bottom w:val="single" w:sz="4" w:space="0" w:color="A6A6A6"/>
              <w:right w:val="single" w:sz="4" w:space="0" w:color="A6A6A6"/>
            </w:tcBorders>
          </w:tcPr>
          <w:p w14:paraId="1946CD59" w14:textId="77777777" w:rsidR="0090250E" w:rsidRPr="00EE7170" w:rsidRDefault="00000000">
            <w:pPr>
              <w:spacing w:before="40"/>
              <w:rPr>
                <w:rFonts w:ascii="Open Sans" w:hAnsi="Open Sans" w:cs="Open Sans"/>
                <w:noProof/>
                <w:lang w:val="pl-PL"/>
              </w:rPr>
            </w:pPr>
            <w:r w:rsidRPr="00EE7170">
              <w:rPr>
                <w:rFonts w:ascii="Open Sans" w:hAnsi="Open Sans" w:cs="Open Sans"/>
                <w:noProof/>
                <w:lang w:val="pl-PL"/>
              </w:rPr>
              <w:t>Kod</w:t>
            </w:r>
          </w:p>
        </w:tc>
        <w:tc>
          <w:tcPr>
            <w:tcW w:w="1134" w:type="dxa"/>
            <w:gridSpan w:val="2"/>
            <w:tcBorders>
              <w:top w:val="single" w:sz="4" w:space="0" w:color="A6A6A6"/>
              <w:left w:val="single" w:sz="4" w:space="0" w:color="A6A6A6"/>
              <w:bottom w:val="single" w:sz="4" w:space="0" w:color="A6A6A6"/>
              <w:right w:val="single" w:sz="4" w:space="0" w:color="A6A6A6"/>
            </w:tcBorders>
            <w:shd w:val="clear" w:color="auto" w:fill="F3F4F5"/>
          </w:tcPr>
          <w:p w14:paraId="4C409085" w14:textId="77777777" w:rsidR="0090250E" w:rsidRPr="00EE7170" w:rsidRDefault="0090250E">
            <w:pPr>
              <w:spacing w:before="40"/>
              <w:rPr>
                <w:rFonts w:ascii="Open Sans" w:hAnsi="Open Sans" w:cs="Open Sans"/>
                <w:noProof/>
                <w:lang w:val="pl-PL"/>
              </w:rPr>
            </w:pPr>
          </w:p>
        </w:tc>
        <w:tc>
          <w:tcPr>
            <w:tcW w:w="907" w:type="dxa"/>
            <w:tcBorders>
              <w:top w:val="single" w:sz="4" w:space="0" w:color="A6A6A6"/>
              <w:left w:val="single" w:sz="4" w:space="0" w:color="A6A6A6"/>
              <w:bottom w:val="single" w:sz="4" w:space="0" w:color="A6A6A6"/>
              <w:right w:val="single" w:sz="4" w:space="0" w:color="A6A6A6"/>
            </w:tcBorders>
          </w:tcPr>
          <w:p w14:paraId="63F51934" w14:textId="77777777" w:rsidR="0090250E" w:rsidRPr="00EE7170" w:rsidRDefault="00000000">
            <w:pPr>
              <w:spacing w:before="40"/>
              <w:rPr>
                <w:rFonts w:ascii="Open Sans" w:hAnsi="Open Sans" w:cs="Open Sans"/>
                <w:noProof/>
                <w:lang w:val="pl-PL"/>
              </w:rPr>
            </w:pPr>
            <w:r w:rsidRPr="00EE7170">
              <w:rPr>
                <w:rFonts w:ascii="Open Sans" w:hAnsi="Open Sans" w:cs="Open Sans"/>
                <w:noProof/>
                <w:lang w:val="pl-PL"/>
              </w:rPr>
              <w:t>Miasto</w:t>
            </w:r>
          </w:p>
        </w:tc>
        <w:tc>
          <w:tcPr>
            <w:tcW w:w="2551" w:type="dxa"/>
            <w:tcBorders>
              <w:top w:val="single" w:sz="4" w:space="0" w:color="A6A6A6"/>
              <w:left w:val="single" w:sz="4" w:space="0" w:color="A6A6A6"/>
              <w:bottom w:val="single" w:sz="4" w:space="0" w:color="A6A6A6"/>
              <w:right w:val="single" w:sz="4" w:space="0" w:color="A6A6A6"/>
            </w:tcBorders>
            <w:shd w:val="clear" w:color="auto" w:fill="F3F4F5"/>
          </w:tcPr>
          <w:p w14:paraId="4CD4C664" w14:textId="77777777" w:rsidR="0090250E" w:rsidRPr="00EE7170" w:rsidRDefault="0090250E">
            <w:pPr>
              <w:spacing w:before="40"/>
              <w:rPr>
                <w:rFonts w:ascii="Open Sans" w:hAnsi="Open Sans" w:cs="Open Sans"/>
                <w:noProof/>
                <w:lang w:val="pl-PL"/>
              </w:rPr>
            </w:pPr>
          </w:p>
        </w:tc>
      </w:tr>
      <w:tr w:rsidR="0090250E" w:rsidRPr="00EE7170" w14:paraId="465AF5AF" w14:textId="77777777">
        <w:trPr>
          <w:cantSplit/>
        </w:trPr>
        <w:tc>
          <w:tcPr>
            <w:tcW w:w="1701" w:type="dxa"/>
            <w:gridSpan w:val="2"/>
            <w:tcBorders>
              <w:top w:val="single" w:sz="4" w:space="0" w:color="A6A6A6"/>
              <w:left w:val="single" w:sz="4" w:space="0" w:color="A6A6A6"/>
              <w:bottom w:val="single" w:sz="4" w:space="0" w:color="A6A6A6"/>
              <w:right w:val="single" w:sz="4" w:space="0" w:color="A6A6A6"/>
            </w:tcBorders>
          </w:tcPr>
          <w:p w14:paraId="3BFA5738" w14:textId="77777777" w:rsidR="0090250E" w:rsidRPr="00EE7170" w:rsidRDefault="00000000">
            <w:pPr>
              <w:spacing w:before="40"/>
              <w:rPr>
                <w:rFonts w:ascii="Open Sans" w:hAnsi="Open Sans" w:cs="Open Sans"/>
                <w:noProof/>
                <w:lang w:val="pl-PL"/>
              </w:rPr>
            </w:pPr>
            <w:r w:rsidRPr="00EE7170">
              <w:rPr>
                <w:rFonts w:ascii="Open Sans" w:hAnsi="Open Sans" w:cs="Open Sans"/>
                <w:noProof/>
                <w:lang w:val="pl-PL"/>
              </w:rPr>
              <w:t>Numery działek</w:t>
            </w:r>
          </w:p>
        </w:tc>
        <w:tc>
          <w:tcPr>
            <w:tcW w:w="3402" w:type="dxa"/>
            <w:gridSpan w:val="3"/>
            <w:tcBorders>
              <w:top w:val="single" w:sz="4" w:space="0" w:color="A6A6A6"/>
              <w:left w:val="single" w:sz="4" w:space="0" w:color="A6A6A6"/>
              <w:bottom w:val="single" w:sz="4" w:space="0" w:color="A6A6A6"/>
              <w:right w:val="single" w:sz="4" w:space="0" w:color="A6A6A6"/>
            </w:tcBorders>
            <w:shd w:val="clear" w:color="auto" w:fill="F3F4F5"/>
          </w:tcPr>
          <w:p w14:paraId="0DF0E686" w14:textId="77777777" w:rsidR="0090250E" w:rsidRPr="00EE7170" w:rsidRDefault="0090250E">
            <w:pPr>
              <w:spacing w:before="40"/>
              <w:rPr>
                <w:rFonts w:ascii="Open Sans" w:hAnsi="Open Sans" w:cs="Open Sans"/>
                <w:noProof/>
                <w:lang w:val="pl-PL"/>
              </w:rPr>
            </w:pPr>
          </w:p>
        </w:tc>
        <w:tc>
          <w:tcPr>
            <w:tcW w:w="1134" w:type="dxa"/>
            <w:gridSpan w:val="2"/>
            <w:tcBorders>
              <w:top w:val="single" w:sz="4" w:space="0" w:color="A6A6A6"/>
              <w:left w:val="single" w:sz="4" w:space="0" w:color="A6A6A6"/>
              <w:bottom w:val="single" w:sz="4" w:space="0" w:color="A6A6A6"/>
              <w:right w:val="single" w:sz="4" w:space="0" w:color="A6A6A6"/>
            </w:tcBorders>
          </w:tcPr>
          <w:p w14:paraId="6DC85AB9" w14:textId="77777777" w:rsidR="0090250E" w:rsidRPr="00EE7170" w:rsidRDefault="00000000">
            <w:pPr>
              <w:spacing w:before="40"/>
              <w:rPr>
                <w:rFonts w:ascii="Open Sans" w:hAnsi="Open Sans" w:cs="Open Sans"/>
                <w:noProof/>
                <w:lang w:val="pl-PL"/>
              </w:rPr>
            </w:pPr>
            <w:r w:rsidRPr="00EE7170">
              <w:rPr>
                <w:rFonts w:ascii="Open Sans" w:hAnsi="Open Sans" w:cs="Open Sans"/>
                <w:noProof/>
                <w:lang w:val="pl-PL"/>
              </w:rPr>
              <w:t>Obręb</w:t>
            </w:r>
          </w:p>
        </w:tc>
        <w:tc>
          <w:tcPr>
            <w:tcW w:w="3969" w:type="dxa"/>
            <w:gridSpan w:val="3"/>
            <w:tcBorders>
              <w:top w:val="single" w:sz="4" w:space="0" w:color="A6A6A6"/>
              <w:left w:val="single" w:sz="4" w:space="0" w:color="A6A6A6"/>
              <w:bottom w:val="single" w:sz="4" w:space="0" w:color="A6A6A6"/>
              <w:right w:val="single" w:sz="4" w:space="0" w:color="A6A6A6"/>
            </w:tcBorders>
            <w:shd w:val="clear" w:color="auto" w:fill="F3F4F5"/>
          </w:tcPr>
          <w:p w14:paraId="3A4D6651" w14:textId="77777777" w:rsidR="0090250E" w:rsidRPr="00EE7170" w:rsidRDefault="0090250E">
            <w:pPr>
              <w:spacing w:before="40"/>
              <w:rPr>
                <w:rFonts w:ascii="Open Sans" w:hAnsi="Open Sans" w:cs="Open Sans"/>
                <w:noProof/>
                <w:lang w:val="pl-PL"/>
              </w:rPr>
            </w:pPr>
          </w:p>
        </w:tc>
      </w:tr>
    </w:tbl>
    <w:p w14:paraId="2A90269F" w14:textId="77777777" w:rsidR="0090250E" w:rsidRPr="00EE7170" w:rsidRDefault="00000000">
      <w:pPr>
        <w:keepNext/>
        <w:spacing w:before="100"/>
        <w:rPr>
          <w:rFonts w:ascii="Open Sans" w:hAnsi="Open Sans" w:cs="Open Sans"/>
          <w:noProof/>
          <w:lang w:val="pl-PL"/>
        </w:rPr>
      </w:pPr>
      <w:r w:rsidRPr="00EE7170">
        <w:rPr>
          <w:rFonts w:ascii="Open Sans" w:hAnsi="Open Sans" w:cs="Open Sans"/>
          <w:b/>
          <w:noProof/>
          <w:sz w:val="20"/>
          <w:lang w:val="pl-PL"/>
        </w:rPr>
        <w:t>3. INFORMACJE O OBIEKCIE</w:t>
      </w:r>
    </w:p>
    <w:p w14:paraId="772678C0" w14:textId="3FD62BC0" w:rsidR="0090250E" w:rsidRPr="00EE7170" w:rsidRDefault="00000000">
      <w:pPr>
        <w:rPr>
          <w:rFonts w:ascii="Open Sans" w:hAnsi="Open Sans" w:cs="Open Sans"/>
          <w:noProof/>
          <w:lang w:val="pl-PL"/>
        </w:rPr>
      </w:pPr>
      <w:sdt>
        <w:sdtPr>
          <w:rPr>
            <w:rFonts w:ascii="Open Sans" w:hAnsi="Open Sans" w:cs="Open Sans"/>
            <w:noProof/>
            <w:lang w:val="pl-PL"/>
          </w:rPr>
          <w:id w:val="1648080673"/>
          <w14:checkbox>
            <w14:checked w14:val="0"/>
            <w14:checkedState w14:val="2612" w14:font="MS Gothic"/>
            <w14:uncheckedState w14:val="2610" w14:font="MS Gothic"/>
          </w14:checkbox>
        </w:sdtPr>
        <w:sdtContent>
          <w:r w:rsidR="007A5746">
            <w:rPr>
              <w:rFonts w:ascii="MS Gothic" w:eastAsia="MS Gothic" w:hAnsi="MS Gothic" w:cs="Open Sans" w:hint="eastAsia"/>
              <w:noProof/>
              <w:lang w:val="pl-PL"/>
            </w:rPr>
            <w:t>☐</w:t>
          </w:r>
        </w:sdtContent>
      </w:sdt>
      <w:r w:rsidR="00EE4199" w:rsidRPr="00EE7170">
        <w:rPr>
          <w:rFonts w:ascii="Open Sans" w:hAnsi="Open Sans" w:cs="Open Sans"/>
          <w:noProof/>
          <w:lang w:val="pl-PL"/>
        </w:rPr>
        <w:t xml:space="preserve">  Budynek istniejący, niemodernizowany, bez termorenowacji, bez wymiany instalacji</w:t>
      </w:r>
    </w:p>
    <w:p w14:paraId="19F35989" w14:textId="3FDCFA8F" w:rsidR="0090250E" w:rsidRPr="00EE7170" w:rsidRDefault="00000000">
      <w:pPr>
        <w:rPr>
          <w:rFonts w:ascii="Open Sans" w:hAnsi="Open Sans" w:cs="Open Sans"/>
          <w:noProof/>
          <w:lang w:val="pl-PL"/>
        </w:rPr>
      </w:pPr>
      <w:sdt>
        <w:sdtPr>
          <w:rPr>
            <w:rFonts w:ascii="Open Sans" w:hAnsi="Open Sans" w:cs="Open Sans"/>
            <w:noProof/>
            <w:lang w:val="pl-PL"/>
          </w:rPr>
          <w:id w:val="-509984099"/>
          <w14:checkbox>
            <w14:checked w14:val="0"/>
            <w14:checkedState w14:val="2612" w14:font="MS Gothic"/>
            <w14:uncheckedState w14:val="2610" w14:font="MS Gothic"/>
          </w14:checkbox>
        </w:sdtPr>
        <w:sdtContent>
          <w:r w:rsidR="007A5746">
            <w:rPr>
              <w:rFonts w:ascii="MS Gothic" w:eastAsia="MS Gothic" w:hAnsi="MS Gothic" w:cs="Open Sans" w:hint="eastAsia"/>
              <w:noProof/>
              <w:lang w:val="pl-PL"/>
            </w:rPr>
            <w:t>☐</w:t>
          </w:r>
        </w:sdtContent>
      </w:sdt>
      <w:r w:rsidR="00EE4199">
        <w:rPr>
          <w:rFonts w:ascii="Open Sans" w:hAnsi="Open Sans" w:cs="Open Sans"/>
          <w:noProof/>
          <w:lang w:val="pl-PL"/>
        </w:rPr>
        <w:t xml:space="preserve">  </w:t>
      </w:r>
      <w:r w:rsidR="00EE4199" w:rsidRPr="00EE7170">
        <w:rPr>
          <w:rFonts w:ascii="Open Sans" w:hAnsi="Open Sans" w:cs="Open Sans"/>
          <w:noProof/>
          <w:lang w:val="pl-PL"/>
        </w:rPr>
        <w:t>Budynek istniejący, modernizowany, z wymianą instalacji</w:t>
      </w:r>
    </w:p>
    <w:p w14:paraId="27BE92F2" w14:textId="4C282FA0" w:rsidR="0090250E" w:rsidRPr="00EE7170" w:rsidRDefault="00000000">
      <w:pPr>
        <w:rPr>
          <w:rFonts w:ascii="Open Sans" w:hAnsi="Open Sans" w:cs="Open Sans"/>
          <w:noProof/>
          <w:lang w:val="pl-PL"/>
        </w:rPr>
      </w:pPr>
      <w:sdt>
        <w:sdtPr>
          <w:rPr>
            <w:rFonts w:ascii="Open Sans" w:hAnsi="Open Sans" w:cs="Open Sans"/>
            <w:noProof/>
            <w:lang w:val="pl-PL"/>
          </w:rPr>
          <w:id w:val="-363987868"/>
          <w14:checkbox>
            <w14:checked w14:val="0"/>
            <w14:checkedState w14:val="2612" w14:font="MS Gothic"/>
            <w14:uncheckedState w14:val="2610" w14:font="MS Gothic"/>
          </w14:checkbox>
        </w:sdtPr>
        <w:sdtContent>
          <w:r w:rsidR="007A5746">
            <w:rPr>
              <w:rFonts w:ascii="MS Gothic" w:eastAsia="MS Gothic" w:hAnsi="MS Gothic" w:cs="Open Sans" w:hint="eastAsia"/>
              <w:noProof/>
              <w:lang w:val="pl-PL"/>
            </w:rPr>
            <w:t>☐</w:t>
          </w:r>
        </w:sdtContent>
      </w:sdt>
      <w:r w:rsidR="00133FD7" w:rsidRPr="00EE7170">
        <w:rPr>
          <w:rFonts w:ascii="Open Sans" w:hAnsi="Open Sans" w:cs="Open Sans"/>
          <w:noProof/>
          <w:lang w:val="pl-PL"/>
        </w:rPr>
        <w:t xml:space="preserve">  Budynek nowy lub kompleksowo modernizowany (z termorenowacją i wymianą instalacji)</w:t>
      </w:r>
    </w:p>
    <w:p w14:paraId="55180DE7" w14:textId="77777777" w:rsidR="0090250E" w:rsidRPr="00EE7170" w:rsidRDefault="00000000">
      <w:pPr>
        <w:keepNext/>
        <w:spacing w:before="100"/>
        <w:rPr>
          <w:rFonts w:ascii="Open Sans" w:hAnsi="Open Sans" w:cs="Open Sans"/>
          <w:noProof/>
          <w:lang w:val="pl-PL"/>
        </w:rPr>
      </w:pPr>
      <w:r w:rsidRPr="00EE7170">
        <w:rPr>
          <w:rFonts w:ascii="Open Sans" w:hAnsi="Open Sans" w:cs="Open Sans"/>
          <w:b/>
          <w:noProof/>
          <w:sz w:val="20"/>
          <w:lang w:val="pl-PL"/>
        </w:rPr>
        <w:t>4. PARAMETRY TECHNICZNE INSTALACJI CIEPLNYCH</w:t>
      </w:r>
    </w:p>
    <w:p w14:paraId="16DA3568" w14:textId="2078F856" w:rsidR="0090250E" w:rsidRPr="00EE7170" w:rsidRDefault="00000000">
      <w:pPr>
        <w:rPr>
          <w:rFonts w:ascii="Open Sans" w:hAnsi="Open Sans" w:cs="Open Sans"/>
          <w:noProof/>
          <w:lang w:val="pl-PL"/>
        </w:rPr>
      </w:pPr>
      <w:r w:rsidRPr="00EE7170">
        <w:rPr>
          <w:rFonts w:ascii="Open Sans" w:hAnsi="Open Sans" w:cs="Open Sans"/>
          <w:b/>
          <w:noProof/>
          <w:lang w:val="pl-PL"/>
        </w:rPr>
        <w:t>4a. Instalacja centralnego ogrzewania (co)</w:t>
      </w:r>
    </w:p>
    <w:tbl>
      <w:tblPr>
        <w:tblW w:w="0" w:type="auto"/>
        <w:tblLayout w:type="fixed"/>
        <w:tblLook w:val="04A0" w:firstRow="1" w:lastRow="0" w:firstColumn="1" w:lastColumn="0" w:noHBand="0" w:noVBand="1"/>
      </w:tblPr>
      <w:tblGrid>
        <w:gridCol w:w="4706"/>
        <w:gridCol w:w="4252"/>
        <w:gridCol w:w="1247"/>
      </w:tblGrid>
      <w:tr w:rsidR="0090250E" w:rsidRPr="00EE7170" w14:paraId="564853F5" w14:textId="77777777">
        <w:trPr>
          <w:cantSplit/>
        </w:trPr>
        <w:tc>
          <w:tcPr>
            <w:tcW w:w="4706" w:type="dxa"/>
            <w:tcBorders>
              <w:top w:val="single" w:sz="4" w:space="0" w:color="A6A6A6"/>
              <w:left w:val="single" w:sz="4" w:space="0" w:color="A6A6A6"/>
              <w:bottom w:val="single" w:sz="4" w:space="0" w:color="A6A6A6"/>
              <w:right w:val="single" w:sz="4" w:space="0" w:color="A6A6A6"/>
            </w:tcBorders>
          </w:tcPr>
          <w:p w14:paraId="4C3F8C21" w14:textId="3653C945" w:rsidR="0090250E" w:rsidRPr="00EE7170" w:rsidRDefault="00000000">
            <w:pPr>
              <w:spacing w:before="40"/>
              <w:rPr>
                <w:rFonts w:ascii="Open Sans" w:hAnsi="Open Sans" w:cs="Open Sans"/>
                <w:noProof/>
                <w:lang w:val="pl-PL"/>
              </w:rPr>
            </w:pPr>
            <w:r w:rsidRPr="00EE7170">
              <w:rPr>
                <w:rFonts w:ascii="Open Sans" w:hAnsi="Open Sans" w:cs="Open Sans"/>
                <w:noProof/>
                <w:lang w:val="pl-PL"/>
              </w:rPr>
              <w:t xml:space="preserve">Obliczeniowa moc cieplna </w:t>
            </w:r>
            <w:r w:rsidRPr="00EE7170">
              <w:rPr>
                <w:rFonts w:ascii="Open Sans" w:hAnsi="Open Sans" w:cs="Open Sans"/>
                <w:noProof/>
                <w:sz w:val="14"/>
                <w:szCs w:val="14"/>
                <w:lang w:val="pl-PL"/>
              </w:rPr>
              <w:t>**</w:t>
            </w:r>
          </w:p>
        </w:tc>
        <w:tc>
          <w:tcPr>
            <w:tcW w:w="4252" w:type="dxa"/>
            <w:tcBorders>
              <w:top w:val="single" w:sz="4" w:space="0" w:color="A6A6A6"/>
              <w:left w:val="single" w:sz="4" w:space="0" w:color="A6A6A6"/>
              <w:bottom w:val="single" w:sz="4" w:space="0" w:color="A6A6A6"/>
              <w:right w:val="single" w:sz="4" w:space="0" w:color="A6A6A6"/>
            </w:tcBorders>
            <w:shd w:val="clear" w:color="auto" w:fill="F3F4F5"/>
          </w:tcPr>
          <w:p w14:paraId="3CEFB46A" w14:textId="77777777" w:rsidR="0090250E" w:rsidRPr="00EE7170" w:rsidRDefault="0090250E">
            <w:pPr>
              <w:spacing w:before="40"/>
              <w:rPr>
                <w:rFonts w:ascii="Open Sans" w:hAnsi="Open Sans" w:cs="Open Sans"/>
                <w:noProof/>
                <w:lang w:val="pl-PL"/>
              </w:rPr>
            </w:pPr>
          </w:p>
        </w:tc>
        <w:tc>
          <w:tcPr>
            <w:tcW w:w="1247" w:type="dxa"/>
            <w:tcBorders>
              <w:top w:val="single" w:sz="4" w:space="0" w:color="A6A6A6"/>
              <w:left w:val="single" w:sz="4" w:space="0" w:color="A6A6A6"/>
              <w:bottom w:val="single" w:sz="4" w:space="0" w:color="A6A6A6"/>
              <w:right w:val="single" w:sz="4" w:space="0" w:color="A6A6A6"/>
            </w:tcBorders>
          </w:tcPr>
          <w:p w14:paraId="52E92BF6" w14:textId="3AB5B1B5" w:rsidR="0090250E" w:rsidRPr="00EE7170" w:rsidRDefault="00F06259">
            <w:pPr>
              <w:spacing w:before="40"/>
              <w:rPr>
                <w:rFonts w:ascii="Open Sans" w:hAnsi="Open Sans" w:cs="Open Sans"/>
                <w:noProof/>
                <w:lang w:val="pl-PL"/>
              </w:rPr>
            </w:pPr>
            <w:r w:rsidRPr="00EE7170">
              <w:rPr>
                <w:rFonts w:ascii="Open Sans" w:hAnsi="Open Sans" w:cs="Open Sans"/>
                <w:noProof/>
                <w:lang w:val="pl-PL"/>
              </w:rPr>
              <w:t>kW</w:t>
            </w:r>
          </w:p>
        </w:tc>
      </w:tr>
      <w:tr w:rsidR="0090250E" w:rsidRPr="00EE7170" w14:paraId="3E58C5E6" w14:textId="77777777">
        <w:trPr>
          <w:cantSplit/>
        </w:trPr>
        <w:tc>
          <w:tcPr>
            <w:tcW w:w="4706" w:type="dxa"/>
            <w:tcBorders>
              <w:top w:val="single" w:sz="4" w:space="0" w:color="A6A6A6"/>
              <w:left w:val="single" w:sz="4" w:space="0" w:color="A6A6A6"/>
              <w:bottom w:val="single" w:sz="4" w:space="0" w:color="A6A6A6"/>
              <w:right w:val="single" w:sz="4" w:space="0" w:color="A6A6A6"/>
            </w:tcBorders>
          </w:tcPr>
          <w:p w14:paraId="2FC9C4CF" w14:textId="0CFD2F55" w:rsidR="0090250E" w:rsidRPr="00EE7170" w:rsidRDefault="00000000">
            <w:pPr>
              <w:spacing w:before="40"/>
              <w:rPr>
                <w:rFonts w:ascii="Open Sans" w:hAnsi="Open Sans" w:cs="Open Sans"/>
                <w:noProof/>
                <w:lang w:val="pl-PL"/>
              </w:rPr>
            </w:pPr>
            <w:r w:rsidRPr="00EE7170">
              <w:rPr>
                <w:rFonts w:ascii="Open Sans" w:hAnsi="Open Sans" w:cs="Open Sans"/>
                <w:noProof/>
                <w:lang w:val="pl-PL"/>
              </w:rPr>
              <w:t>Temp. zas</w:t>
            </w:r>
            <w:r w:rsidR="00D40700">
              <w:rPr>
                <w:rFonts w:ascii="Open Sans" w:hAnsi="Open Sans" w:cs="Open Sans"/>
                <w:noProof/>
                <w:lang w:val="pl-PL"/>
              </w:rPr>
              <w:t>ilania</w:t>
            </w:r>
          </w:p>
        </w:tc>
        <w:tc>
          <w:tcPr>
            <w:tcW w:w="4252" w:type="dxa"/>
            <w:tcBorders>
              <w:top w:val="single" w:sz="4" w:space="0" w:color="A6A6A6"/>
              <w:left w:val="single" w:sz="4" w:space="0" w:color="A6A6A6"/>
              <w:bottom w:val="single" w:sz="4" w:space="0" w:color="A6A6A6"/>
              <w:right w:val="single" w:sz="4" w:space="0" w:color="A6A6A6"/>
            </w:tcBorders>
            <w:shd w:val="clear" w:color="auto" w:fill="F3F4F5"/>
          </w:tcPr>
          <w:p w14:paraId="6A8FF4C4" w14:textId="77777777" w:rsidR="0090250E" w:rsidRPr="00EE7170" w:rsidRDefault="0090250E">
            <w:pPr>
              <w:spacing w:before="40"/>
              <w:rPr>
                <w:rFonts w:ascii="Open Sans" w:hAnsi="Open Sans" w:cs="Open Sans"/>
                <w:noProof/>
                <w:lang w:val="pl-PL"/>
              </w:rPr>
            </w:pPr>
          </w:p>
        </w:tc>
        <w:tc>
          <w:tcPr>
            <w:tcW w:w="1247" w:type="dxa"/>
            <w:tcBorders>
              <w:top w:val="single" w:sz="4" w:space="0" w:color="A6A6A6"/>
              <w:left w:val="single" w:sz="4" w:space="0" w:color="A6A6A6"/>
              <w:bottom w:val="single" w:sz="4" w:space="0" w:color="A6A6A6"/>
              <w:right w:val="single" w:sz="4" w:space="0" w:color="A6A6A6"/>
            </w:tcBorders>
          </w:tcPr>
          <w:p w14:paraId="2FADEC8E" w14:textId="77777777" w:rsidR="0090250E" w:rsidRPr="00EE7170" w:rsidRDefault="00000000">
            <w:pPr>
              <w:spacing w:before="40"/>
              <w:rPr>
                <w:rFonts w:ascii="Open Sans" w:hAnsi="Open Sans" w:cs="Open Sans"/>
                <w:noProof/>
                <w:lang w:val="pl-PL"/>
              </w:rPr>
            </w:pPr>
            <w:r w:rsidRPr="00EE7170">
              <w:rPr>
                <w:rFonts w:ascii="Open Sans" w:hAnsi="Open Sans" w:cs="Open Sans"/>
                <w:noProof/>
                <w:lang w:val="pl-PL"/>
              </w:rPr>
              <w:t>°C</w:t>
            </w:r>
          </w:p>
        </w:tc>
      </w:tr>
      <w:tr w:rsidR="0090250E" w:rsidRPr="00EE7170" w14:paraId="42D2A5C4" w14:textId="77777777">
        <w:trPr>
          <w:cantSplit/>
        </w:trPr>
        <w:tc>
          <w:tcPr>
            <w:tcW w:w="4706" w:type="dxa"/>
            <w:tcBorders>
              <w:top w:val="single" w:sz="4" w:space="0" w:color="A6A6A6"/>
              <w:left w:val="single" w:sz="4" w:space="0" w:color="A6A6A6"/>
              <w:bottom w:val="single" w:sz="4" w:space="0" w:color="A6A6A6"/>
              <w:right w:val="single" w:sz="4" w:space="0" w:color="A6A6A6"/>
            </w:tcBorders>
          </w:tcPr>
          <w:p w14:paraId="6EACD8E0" w14:textId="04C304E6" w:rsidR="0090250E" w:rsidRPr="00EE7170" w:rsidRDefault="00000000">
            <w:pPr>
              <w:spacing w:before="40"/>
              <w:rPr>
                <w:rFonts w:ascii="Open Sans" w:hAnsi="Open Sans" w:cs="Open Sans"/>
                <w:noProof/>
                <w:lang w:val="pl-PL"/>
              </w:rPr>
            </w:pPr>
            <w:r w:rsidRPr="00EE7170">
              <w:rPr>
                <w:rFonts w:ascii="Open Sans" w:hAnsi="Open Sans" w:cs="Open Sans"/>
                <w:noProof/>
                <w:lang w:val="pl-PL"/>
              </w:rPr>
              <w:t>Temp. powr</w:t>
            </w:r>
            <w:r w:rsidR="00D40700">
              <w:rPr>
                <w:rFonts w:ascii="Open Sans" w:hAnsi="Open Sans" w:cs="Open Sans"/>
                <w:noProof/>
                <w:lang w:val="pl-PL"/>
              </w:rPr>
              <w:t>otu</w:t>
            </w:r>
          </w:p>
        </w:tc>
        <w:tc>
          <w:tcPr>
            <w:tcW w:w="4252" w:type="dxa"/>
            <w:tcBorders>
              <w:top w:val="single" w:sz="4" w:space="0" w:color="A6A6A6"/>
              <w:left w:val="single" w:sz="4" w:space="0" w:color="A6A6A6"/>
              <w:bottom w:val="single" w:sz="4" w:space="0" w:color="A6A6A6"/>
              <w:right w:val="single" w:sz="4" w:space="0" w:color="A6A6A6"/>
            </w:tcBorders>
            <w:shd w:val="clear" w:color="auto" w:fill="F3F4F5"/>
          </w:tcPr>
          <w:p w14:paraId="7808FEC9" w14:textId="77777777" w:rsidR="0090250E" w:rsidRPr="00EE7170" w:rsidRDefault="0090250E">
            <w:pPr>
              <w:spacing w:before="40"/>
              <w:rPr>
                <w:rFonts w:ascii="Open Sans" w:hAnsi="Open Sans" w:cs="Open Sans"/>
                <w:noProof/>
                <w:lang w:val="pl-PL"/>
              </w:rPr>
            </w:pPr>
          </w:p>
        </w:tc>
        <w:tc>
          <w:tcPr>
            <w:tcW w:w="1247" w:type="dxa"/>
            <w:tcBorders>
              <w:top w:val="single" w:sz="4" w:space="0" w:color="A6A6A6"/>
              <w:left w:val="single" w:sz="4" w:space="0" w:color="A6A6A6"/>
              <w:bottom w:val="single" w:sz="4" w:space="0" w:color="A6A6A6"/>
              <w:right w:val="single" w:sz="4" w:space="0" w:color="A6A6A6"/>
            </w:tcBorders>
          </w:tcPr>
          <w:p w14:paraId="0C235724" w14:textId="77777777" w:rsidR="0090250E" w:rsidRPr="00EE7170" w:rsidRDefault="00000000">
            <w:pPr>
              <w:spacing w:before="40"/>
              <w:rPr>
                <w:rFonts w:ascii="Open Sans" w:hAnsi="Open Sans" w:cs="Open Sans"/>
                <w:noProof/>
                <w:lang w:val="pl-PL"/>
              </w:rPr>
            </w:pPr>
            <w:r w:rsidRPr="00EE7170">
              <w:rPr>
                <w:rFonts w:ascii="Open Sans" w:hAnsi="Open Sans" w:cs="Open Sans"/>
                <w:noProof/>
                <w:lang w:val="pl-PL"/>
              </w:rPr>
              <w:t>°C</w:t>
            </w:r>
          </w:p>
        </w:tc>
      </w:tr>
    </w:tbl>
    <w:p w14:paraId="262E380E" w14:textId="77777777" w:rsidR="0090250E" w:rsidRPr="00EE7170" w:rsidRDefault="00000000">
      <w:pPr>
        <w:rPr>
          <w:rFonts w:ascii="Open Sans" w:hAnsi="Open Sans" w:cs="Open Sans"/>
          <w:noProof/>
          <w:lang w:val="pl-PL"/>
        </w:rPr>
      </w:pPr>
      <w:r w:rsidRPr="00EE7170">
        <w:rPr>
          <w:rFonts w:ascii="Open Sans" w:hAnsi="Open Sans" w:cs="Open Sans"/>
          <w:b/>
          <w:noProof/>
          <w:lang w:val="pl-PL"/>
        </w:rPr>
        <w:t>4b. Instalacja ciepłej wody użytkowej (cw)</w:t>
      </w:r>
    </w:p>
    <w:tbl>
      <w:tblPr>
        <w:tblW w:w="0" w:type="auto"/>
        <w:tblLayout w:type="fixed"/>
        <w:tblLook w:val="04A0" w:firstRow="1" w:lastRow="0" w:firstColumn="1" w:lastColumn="0" w:noHBand="0" w:noVBand="1"/>
      </w:tblPr>
      <w:tblGrid>
        <w:gridCol w:w="3402"/>
        <w:gridCol w:w="2438"/>
        <w:gridCol w:w="964"/>
        <w:gridCol w:w="3402"/>
      </w:tblGrid>
      <w:tr w:rsidR="0090250E" w:rsidRPr="00EE7170" w14:paraId="5E25D4B1" w14:textId="77777777">
        <w:trPr>
          <w:cantSplit/>
        </w:trPr>
        <w:tc>
          <w:tcPr>
            <w:tcW w:w="3402" w:type="dxa"/>
            <w:tcBorders>
              <w:top w:val="single" w:sz="4" w:space="0" w:color="A6A6A6"/>
              <w:left w:val="single" w:sz="4" w:space="0" w:color="A6A6A6"/>
              <w:bottom w:val="single" w:sz="4" w:space="0" w:color="A6A6A6"/>
              <w:right w:val="single" w:sz="4" w:space="0" w:color="A6A6A6"/>
            </w:tcBorders>
          </w:tcPr>
          <w:p w14:paraId="5629417C" w14:textId="5C182BE7" w:rsidR="0090250E" w:rsidRPr="00EE7170" w:rsidRDefault="00000000">
            <w:pPr>
              <w:spacing w:before="40"/>
              <w:rPr>
                <w:rFonts w:ascii="Open Sans" w:hAnsi="Open Sans" w:cs="Open Sans"/>
                <w:noProof/>
                <w:lang w:val="pl-PL"/>
              </w:rPr>
            </w:pPr>
            <w:r w:rsidRPr="00EE7170">
              <w:rPr>
                <w:rFonts w:ascii="Open Sans" w:hAnsi="Open Sans" w:cs="Open Sans"/>
                <w:noProof/>
                <w:lang w:val="pl-PL"/>
              </w:rPr>
              <w:t xml:space="preserve">Obliczeniowa moc cieplna </w:t>
            </w:r>
            <w:r w:rsidRPr="00EE7170">
              <w:rPr>
                <w:rFonts w:ascii="Open Sans" w:hAnsi="Open Sans" w:cs="Open Sans"/>
                <w:noProof/>
                <w:sz w:val="14"/>
                <w:szCs w:val="14"/>
                <w:lang w:val="pl-PL"/>
              </w:rPr>
              <w:t>***</w:t>
            </w:r>
          </w:p>
        </w:tc>
        <w:tc>
          <w:tcPr>
            <w:tcW w:w="2438" w:type="dxa"/>
            <w:tcBorders>
              <w:top w:val="single" w:sz="4" w:space="0" w:color="A6A6A6"/>
              <w:left w:val="single" w:sz="4" w:space="0" w:color="A6A6A6"/>
              <w:bottom w:val="single" w:sz="4" w:space="0" w:color="A6A6A6"/>
              <w:right w:val="single" w:sz="4" w:space="0" w:color="A6A6A6"/>
            </w:tcBorders>
            <w:shd w:val="clear" w:color="auto" w:fill="F3F4F5"/>
          </w:tcPr>
          <w:p w14:paraId="07C20811" w14:textId="77777777" w:rsidR="0090250E" w:rsidRPr="00EE7170" w:rsidRDefault="0090250E">
            <w:pPr>
              <w:spacing w:before="40"/>
              <w:rPr>
                <w:rFonts w:ascii="Open Sans" w:hAnsi="Open Sans" w:cs="Open Sans"/>
                <w:noProof/>
                <w:lang w:val="pl-PL"/>
              </w:rPr>
            </w:pPr>
          </w:p>
        </w:tc>
        <w:tc>
          <w:tcPr>
            <w:tcW w:w="964" w:type="dxa"/>
            <w:tcBorders>
              <w:top w:val="single" w:sz="4" w:space="0" w:color="A6A6A6"/>
              <w:left w:val="single" w:sz="4" w:space="0" w:color="A6A6A6"/>
              <w:bottom w:val="single" w:sz="4" w:space="0" w:color="A6A6A6"/>
              <w:right w:val="single" w:sz="4" w:space="0" w:color="A6A6A6"/>
            </w:tcBorders>
          </w:tcPr>
          <w:p w14:paraId="39BC3BBC" w14:textId="3258CDE0" w:rsidR="0090250E" w:rsidRPr="00EE7170" w:rsidRDefault="00F06259">
            <w:pPr>
              <w:spacing w:before="40"/>
              <w:rPr>
                <w:rFonts w:ascii="Open Sans" w:hAnsi="Open Sans" w:cs="Open Sans"/>
                <w:noProof/>
                <w:lang w:val="pl-PL"/>
              </w:rPr>
            </w:pPr>
            <w:r w:rsidRPr="00EE7170">
              <w:rPr>
                <w:rFonts w:ascii="Open Sans" w:hAnsi="Open Sans" w:cs="Open Sans"/>
                <w:noProof/>
                <w:lang w:val="pl-PL"/>
              </w:rPr>
              <w:t>kW</w:t>
            </w:r>
          </w:p>
        </w:tc>
        <w:tc>
          <w:tcPr>
            <w:tcW w:w="3402" w:type="dxa"/>
            <w:tcBorders>
              <w:top w:val="single" w:sz="4" w:space="0" w:color="A6A6A6"/>
              <w:left w:val="single" w:sz="4" w:space="0" w:color="A6A6A6"/>
              <w:bottom w:val="single" w:sz="4" w:space="0" w:color="A6A6A6"/>
              <w:right w:val="single" w:sz="4" w:space="0" w:color="A6A6A6"/>
            </w:tcBorders>
          </w:tcPr>
          <w:p w14:paraId="054C60AF" w14:textId="3C7593C8" w:rsidR="0090250E" w:rsidRPr="00EE7170" w:rsidRDefault="00000000">
            <w:pPr>
              <w:spacing w:before="40"/>
              <w:rPr>
                <w:rFonts w:ascii="Open Sans" w:hAnsi="Open Sans" w:cs="Open Sans"/>
                <w:noProof/>
                <w:lang w:val="pl-PL"/>
              </w:rPr>
            </w:pPr>
            <w:r w:rsidRPr="00EE7170">
              <w:rPr>
                <w:rFonts w:ascii="Segoe UI Symbol" w:hAnsi="Segoe UI Symbol" w:cs="Segoe UI Symbol"/>
                <w:noProof/>
                <w:lang w:val="pl-PL"/>
              </w:rPr>
              <w:t>☐</w:t>
            </w:r>
            <w:r w:rsidRPr="00EE7170">
              <w:rPr>
                <w:rFonts w:ascii="Open Sans" w:hAnsi="Open Sans" w:cs="Open Sans"/>
                <w:noProof/>
                <w:lang w:val="pl-PL"/>
              </w:rPr>
              <w:t xml:space="preserve"> Układ zasobnikowy </w:t>
            </w:r>
            <w:r w:rsidRPr="00EE7170">
              <w:rPr>
                <w:rFonts w:ascii="Open Sans" w:hAnsi="Open Sans" w:cs="Open Sans"/>
                <w:noProof/>
                <w:sz w:val="14"/>
                <w:szCs w:val="14"/>
                <w:lang w:val="pl-PL"/>
              </w:rPr>
              <w:t>*</w:t>
            </w:r>
          </w:p>
        </w:tc>
      </w:tr>
      <w:tr w:rsidR="0090250E" w:rsidRPr="00EE7170" w14:paraId="3BCB6863" w14:textId="77777777">
        <w:trPr>
          <w:cantSplit/>
        </w:trPr>
        <w:tc>
          <w:tcPr>
            <w:tcW w:w="3402" w:type="dxa"/>
            <w:tcBorders>
              <w:top w:val="single" w:sz="4" w:space="0" w:color="A6A6A6"/>
              <w:left w:val="single" w:sz="4" w:space="0" w:color="A6A6A6"/>
              <w:bottom w:val="single" w:sz="4" w:space="0" w:color="A6A6A6"/>
              <w:right w:val="single" w:sz="4" w:space="0" w:color="A6A6A6"/>
            </w:tcBorders>
          </w:tcPr>
          <w:p w14:paraId="6C5D7033" w14:textId="77777777" w:rsidR="0090250E" w:rsidRPr="00EE7170" w:rsidRDefault="00000000">
            <w:pPr>
              <w:spacing w:before="40"/>
              <w:rPr>
                <w:rFonts w:ascii="Open Sans" w:hAnsi="Open Sans" w:cs="Open Sans"/>
                <w:noProof/>
                <w:lang w:val="pl-PL"/>
              </w:rPr>
            </w:pPr>
            <w:r w:rsidRPr="00EE7170">
              <w:rPr>
                <w:rFonts w:ascii="Open Sans" w:hAnsi="Open Sans" w:cs="Open Sans"/>
                <w:noProof/>
                <w:lang w:val="pl-PL"/>
              </w:rPr>
              <w:t>Liczba osób</w:t>
            </w:r>
          </w:p>
        </w:tc>
        <w:tc>
          <w:tcPr>
            <w:tcW w:w="2438" w:type="dxa"/>
            <w:tcBorders>
              <w:top w:val="single" w:sz="4" w:space="0" w:color="A6A6A6"/>
              <w:left w:val="single" w:sz="4" w:space="0" w:color="A6A6A6"/>
              <w:bottom w:val="single" w:sz="4" w:space="0" w:color="A6A6A6"/>
              <w:right w:val="single" w:sz="4" w:space="0" w:color="A6A6A6"/>
            </w:tcBorders>
            <w:shd w:val="clear" w:color="auto" w:fill="F3F4F5"/>
          </w:tcPr>
          <w:p w14:paraId="57A655ED" w14:textId="77777777" w:rsidR="0090250E" w:rsidRPr="00EE7170" w:rsidRDefault="0090250E">
            <w:pPr>
              <w:spacing w:before="40"/>
              <w:rPr>
                <w:rFonts w:ascii="Open Sans" w:hAnsi="Open Sans" w:cs="Open Sans"/>
                <w:noProof/>
                <w:lang w:val="pl-PL"/>
              </w:rPr>
            </w:pPr>
          </w:p>
        </w:tc>
        <w:tc>
          <w:tcPr>
            <w:tcW w:w="964" w:type="dxa"/>
            <w:tcBorders>
              <w:top w:val="single" w:sz="4" w:space="0" w:color="A6A6A6"/>
              <w:left w:val="single" w:sz="4" w:space="0" w:color="A6A6A6"/>
              <w:bottom w:val="single" w:sz="4" w:space="0" w:color="A6A6A6"/>
              <w:right w:val="single" w:sz="4" w:space="0" w:color="A6A6A6"/>
            </w:tcBorders>
          </w:tcPr>
          <w:p w14:paraId="233B599D" w14:textId="77777777" w:rsidR="0090250E" w:rsidRPr="00EE7170" w:rsidRDefault="00000000">
            <w:pPr>
              <w:spacing w:before="40"/>
              <w:rPr>
                <w:rFonts w:ascii="Open Sans" w:hAnsi="Open Sans" w:cs="Open Sans"/>
                <w:noProof/>
                <w:lang w:val="pl-PL"/>
              </w:rPr>
            </w:pPr>
            <w:r w:rsidRPr="00EE7170">
              <w:rPr>
                <w:rFonts w:ascii="Open Sans" w:hAnsi="Open Sans" w:cs="Open Sans"/>
                <w:noProof/>
                <w:lang w:val="pl-PL"/>
              </w:rPr>
              <w:t>osób</w:t>
            </w:r>
          </w:p>
        </w:tc>
        <w:tc>
          <w:tcPr>
            <w:tcW w:w="3402" w:type="dxa"/>
            <w:tcBorders>
              <w:top w:val="single" w:sz="4" w:space="0" w:color="A6A6A6"/>
              <w:left w:val="single" w:sz="4" w:space="0" w:color="A6A6A6"/>
              <w:bottom w:val="single" w:sz="4" w:space="0" w:color="A6A6A6"/>
              <w:right w:val="single" w:sz="4" w:space="0" w:color="A6A6A6"/>
            </w:tcBorders>
          </w:tcPr>
          <w:p w14:paraId="36E9A0D2" w14:textId="05B33587" w:rsidR="0090250E" w:rsidRPr="00EE7170" w:rsidRDefault="00000000">
            <w:pPr>
              <w:spacing w:before="40"/>
              <w:rPr>
                <w:rFonts w:ascii="Open Sans" w:hAnsi="Open Sans" w:cs="Open Sans"/>
                <w:noProof/>
                <w:lang w:val="pl-PL"/>
              </w:rPr>
            </w:pPr>
            <w:r w:rsidRPr="00EE7170">
              <w:rPr>
                <w:rFonts w:ascii="Segoe UI Symbol" w:hAnsi="Segoe UI Symbol" w:cs="Segoe UI Symbol"/>
                <w:noProof/>
                <w:lang w:val="pl-PL"/>
              </w:rPr>
              <w:t>☐</w:t>
            </w:r>
            <w:r w:rsidRPr="00EE7170">
              <w:rPr>
                <w:rFonts w:ascii="Open Sans" w:hAnsi="Open Sans" w:cs="Open Sans"/>
                <w:noProof/>
                <w:lang w:val="pl-PL"/>
              </w:rPr>
              <w:t xml:space="preserve"> Układ bezzasobnikowy </w:t>
            </w:r>
            <w:r w:rsidRPr="00EE7170">
              <w:rPr>
                <w:rFonts w:ascii="Open Sans" w:hAnsi="Open Sans" w:cs="Open Sans"/>
                <w:noProof/>
                <w:sz w:val="14"/>
                <w:szCs w:val="14"/>
                <w:lang w:val="pl-PL"/>
              </w:rPr>
              <w:t>*</w:t>
            </w:r>
          </w:p>
        </w:tc>
      </w:tr>
    </w:tbl>
    <w:p w14:paraId="05707E7A" w14:textId="2D2C8863" w:rsidR="0090250E" w:rsidRPr="00EE7170" w:rsidRDefault="00000000">
      <w:pPr>
        <w:rPr>
          <w:rFonts w:ascii="Open Sans" w:hAnsi="Open Sans" w:cs="Open Sans"/>
          <w:noProof/>
          <w:lang w:val="pl-PL"/>
        </w:rPr>
      </w:pPr>
      <w:r w:rsidRPr="00EE7170">
        <w:rPr>
          <w:rFonts w:ascii="Open Sans" w:hAnsi="Open Sans" w:cs="Open Sans"/>
          <w:b/>
          <w:noProof/>
          <w:lang w:val="pl-PL"/>
        </w:rPr>
        <w:t>4c. Instalacja cieplna dla potrzeb wentylacji i klimatyzacji (wk)</w:t>
      </w:r>
    </w:p>
    <w:tbl>
      <w:tblPr>
        <w:tblW w:w="0" w:type="auto"/>
        <w:tblLayout w:type="fixed"/>
        <w:tblLook w:val="04A0" w:firstRow="1" w:lastRow="0" w:firstColumn="1" w:lastColumn="0" w:noHBand="0" w:noVBand="1"/>
      </w:tblPr>
      <w:tblGrid>
        <w:gridCol w:w="4706"/>
        <w:gridCol w:w="2154"/>
        <w:gridCol w:w="2098"/>
        <w:gridCol w:w="1247"/>
      </w:tblGrid>
      <w:tr w:rsidR="0090250E" w:rsidRPr="00EE7170" w14:paraId="66076963" w14:textId="77777777">
        <w:trPr>
          <w:cantSplit/>
        </w:trPr>
        <w:tc>
          <w:tcPr>
            <w:tcW w:w="4706" w:type="dxa"/>
            <w:tcBorders>
              <w:top w:val="single" w:sz="4" w:space="0" w:color="A6A6A6"/>
              <w:left w:val="single" w:sz="4" w:space="0" w:color="A6A6A6"/>
              <w:bottom w:val="single" w:sz="4" w:space="0" w:color="A6A6A6"/>
              <w:right w:val="single" w:sz="4" w:space="0" w:color="A6A6A6"/>
            </w:tcBorders>
          </w:tcPr>
          <w:p w14:paraId="47B0BFFF" w14:textId="77777777" w:rsidR="0090250E" w:rsidRPr="00EE7170" w:rsidRDefault="00000000">
            <w:pPr>
              <w:spacing w:before="40"/>
              <w:rPr>
                <w:rFonts w:ascii="Open Sans" w:hAnsi="Open Sans" w:cs="Open Sans"/>
                <w:noProof/>
                <w:lang w:val="pl-PL"/>
              </w:rPr>
            </w:pPr>
            <w:r w:rsidRPr="00EE7170">
              <w:rPr>
                <w:rFonts w:ascii="Open Sans" w:hAnsi="Open Sans" w:cs="Open Sans"/>
                <w:noProof/>
                <w:lang w:val="pl-PL"/>
              </w:rPr>
              <w:t>Parametr</w:t>
            </w:r>
          </w:p>
        </w:tc>
        <w:tc>
          <w:tcPr>
            <w:tcW w:w="2154" w:type="dxa"/>
            <w:tcBorders>
              <w:top w:val="single" w:sz="4" w:space="0" w:color="A6A6A6"/>
              <w:left w:val="single" w:sz="4" w:space="0" w:color="A6A6A6"/>
              <w:bottom w:val="single" w:sz="4" w:space="0" w:color="A6A6A6"/>
              <w:right w:val="single" w:sz="4" w:space="0" w:color="A6A6A6"/>
            </w:tcBorders>
          </w:tcPr>
          <w:p w14:paraId="62C283E2" w14:textId="77777777" w:rsidR="0090250E" w:rsidRPr="00EE7170" w:rsidRDefault="00000000">
            <w:pPr>
              <w:spacing w:before="40"/>
              <w:rPr>
                <w:rFonts w:ascii="Open Sans" w:hAnsi="Open Sans" w:cs="Open Sans"/>
                <w:noProof/>
                <w:lang w:val="pl-PL"/>
              </w:rPr>
            </w:pPr>
            <w:r w:rsidRPr="00EE7170">
              <w:rPr>
                <w:rFonts w:ascii="Open Sans" w:hAnsi="Open Sans" w:cs="Open Sans"/>
                <w:noProof/>
                <w:lang w:val="pl-PL"/>
              </w:rPr>
              <w:t>Zima</w:t>
            </w:r>
          </w:p>
        </w:tc>
        <w:tc>
          <w:tcPr>
            <w:tcW w:w="2098" w:type="dxa"/>
            <w:tcBorders>
              <w:top w:val="single" w:sz="4" w:space="0" w:color="A6A6A6"/>
              <w:left w:val="single" w:sz="4" w:space="0" w:color="A6A6A6"/>
              <w:bottom w:val="single" w:sz="4" w:space="0" w:color="A6A6A6"/>
              <w:right w:val="single" w:sz="4" w:space="0" w:color="A6A6A6"/>
            </w:tcBorders>
          </w:tcPr>
          <w:p w14:paraId="5B4A64AB" w14:textId="77777777" w:rsidR="0090250E" w:rsidRPr="00EE7170" w:rsidRDefault="00000000">
            <w:pPr>
              <w:spacing w:before="40"/>
              <w:rPr>
                <w:rFonts w:ascii="Open Sans" w:hAnsi="Open Sans" w:cs="Open Sans"/>
                <w:noProof/>
                <w:lang w:val="pl-PL"/>
              </w:rPr>
            </w:pPr>
            <w:r w:rsidRPr="00EE7170">
              <w:rPr>
                <w:rFonts w:ascii="Open Sans" w:hAnsi="Open Sans" w:cs="Open Sans"/>
                <w:noProof/>
                <w:lang w:val="pl-PL"/>
              </w:rPr>
              <w:t>Lato</w:t>
            </w:r>
          </w:p>
        </w:tc>
        <w:tc>
          <w:tcPr>
            <w:tcW w:w="1247" w:type="dxa"/>
            <w:tcBorders>
              <w:top w:val="single" w:sz="4" w:space="0" w:color="A6A6A6"/>
              <w:left w:val="single" w:sz="4" w:space="0" w:color="A6A6A6"/>
              <w:bottom w:val="single" w:sz="4" w:space="0" w:color="A6A6A6"/>
              <w:right w:val="single" w:sz="4" w:space="0" w:color="A6A6A6"/>
            </w:tcBorders>
          </w:tcPr>
          <w:p w14:paraId="5004DFB8" w14:textId="77777777" w:rsidR="0090250E" w:rsidRPr="00EE7170" w:rsidRDefault="00000000">
            <w:pPr>
              <w:spacing w:before="40"/>
              <w:rPr>
                <w:rFonts w:ascii="Open Sans" w:hAnsi="Open Sans" w:cs="Open Sans"/>
                <w:noProof/>
                <w:lang w:val="pl-PL"/>
              </w:rPr>
            </w:pPr>
            <w:r w:rsidRPr="00EE7170">
              <w:rPr>
                <w:rFonts w:ascii="Open Sans" w:hAnsi="Open Sans" w:cs="Open Sans"/>
                <w:noProof/>
                <w:lang w:val="pl-PL"/>
              </w:rPr>
              <w:t>Jednostka</w:t>
            </w:r>
          </w:p>
        </w:tc>
      </w:tr>
      <w:tr w:rsidR="0090250E" w:rsidRPr="00EE7170" w14:paraId="5EA6E9E0" w14:textId="77777777">
        <w:trPr>
          <w:cantSplit/>
        </w:trPr>
        <w:tc>
          <w:tcPr>
            <w:tcW w:w="4706" w:type="dxa"/>
            <w:tcBorders>
              <w:top w:val="single" w:sz="4" w:space="0" w:color="A6A6A6"/>
              <w:left w:val="single" w:sz="4" w:space="0" w:color="A6A6A6"/>
              <w:bottom w:val="single" w:sz="4" w:space="0" w:color="A6A6A6"/>
              <w:right w:val="single" w:sz="4" w:space="0" w:color="A6A6A6"/>
            </w:tcBorders>
          </w:tcPr>
          <w:p w14:paraId="4562E91C" w14:textId="299438CD" w:rsidR="0090250E" w:rsidRPr="00EE7170" w:rsidRDefault="00000000">
            <w:pPr>
              <w:spacing w:before="40"/>
              <w:rPr>
                <w:rFonts w:ascii="Open Sans" w:hAnsi="Open Sans" w:cs="Open Sans"/>
                <w:noProof/>
                <w:lang w:val="pl-PL"/>
              </w:rPr>
            </w:pPr>
            <w:r w:rsidRPr="00EE7170">
              <w:rPr>
                <w:rFonts w:ascii="Open Sans" w:hAnsi="Open Sans" w:cs="Open Sans"/>
                <w:noProof/>
                <w:lang w:val="pl-PL"/>
              </w:rPr>
              <w:t xml:space="preserve">Obliczeniowa moc cieplna </w:t>
            </w:r>
            <w:r w:rsidRPr="00EE7170">
              <w:rPr>
                <w:rFonts w:ascii="Open Sans" w:hAnsi="Open Sans" w:cs="Open Sans"/>
                <w:noProof/>
                <w:sz w:val="14"/>
                <w:szCs w:val="14"/>
                <w:lang w:val="pl-PL"/>
              </w:rPr>
              <w:t>**</w:t>
            </w:r>
          </w:p>
        </w:tc>
        <w:tc>
          <w:tcPr>
            <w:tcW w:w="2154" w:type="dxa"/>
            <w:tcBorders>
              <w:top w:val="single" w:sz="4" w:space="0" w:color="A6A6A6"/>
              <w:left w:val="single" w:sz="4" w:space="0" w:color="A6A6A6"/>
              <w:bottom w:val="single" w:sz="4" w:space="0" w:color="A6A6A6"/>
              <w:right w:val="single" w:sz="4" w:space="0" w:color="A6A6A6"/>
            </w:tcBorders>
            <w:shd w:val="clear" w:color="auto" w:fill="F3F4F5"/>
          </w:tcPr>
          <w:p w14:paraId="7E95B175" w14:textId="77777777" w:rsidR="0090250E" w:rsidRPr="00EE7170" w:rsidRDefault="0090250E">
            <w:pPr>
              <w:spacing w:before="40"/>
              <w:rPr>
                <w:rFonts w:ascii="Open Sans" w:hAnsi="Open Sans" w:cs="Open Sans"/>
                <w:noProof/>
                <w:lang w:val="pl-PL"/>
              </w:rPr>
            </w:pPr>
          </w:p>
        </w:tc>
        <w:tc>
          <w:tcPr>
            <w:tcW w:w="2098" w:type="dxa"/>
            <w:tcBorders>
              <w:top w:val="single" w:sz="4" w:space="0" w:color="A6A6A6"/>
              <w:left w:val="single" w:sz="4" w:space="0" w:color="A6A6A6"/>
              <w:bottom w:val="single" w:sz="4" w:space="0" w:color="A6A6A6"/>
              <w:right w:val="single" w:sz="4" w:space="0" w:color="A6A6A6"/>
            </w:tcBorders>
            <w:shd w:val="clear" w:color="auto" w:fill="F3F4F5"/>
          </w:tcPr>
          <w:p w14:paraId="4FC5D0FC" w14:textId="77777777" w:rsidR="0090250E" w:rsidRPr="00EE7170" w:rsidRDefault="0090250E">
            <w:pPr>
              <w:spacing w:before="40"/>
              <w:rPr>
                <w:rFonts w:ascii="Open Sans" w:hAnsi="Open Sans" w:cs="Open Sans"/>
                <w:noProof/>
                <w:lang w:val="pl-PL"/>
              </w:rPr>
            </w:pPr>
          </w:p>
        </w:tc>
        <w:tc>
          <w:tcPr>
            <w:tcW w:w="1247" w:type="dxa"/>
            <w:tcBorders>
              <w:top w:val="single" w:sz="4" w:space="0" w:color="A6A6A6"/>
              <w:left w:val="single" w:sz="4" w:space="0" w:color="A6A6A6"/>
              <w:bottom w:val="single" w:sz="4" w:space="0" w:color="A6A6A6"/>
              <w:right w:val="single" w:sz="4" w:space="0" w:color="A6A6A6"/>
            </w:tcBorders>
          </w:tcPr>
          <w:p w14:paraId="72EF3A92" w14:textId="67AF719E" w:rsidR="0090250E" w:rsidRPr="00EE7170" w:rsidRDefault="00F06259">
            <w:pPr>
              <w:spacing w:before="40"/>
              <w:rPr>
                <w:rFonts w:ascii="Open Sans" w:hAnsi="Open Sans" w:cs="Open Sans"/>
                <w:noProof/>
                <w:lang w:val="pl-PL"/>
              </w:rPr>
            </w:pPr>
            <w:r w:rsidRPr="00EE7170">
              <w:rPr>
                <w:rFonts w:ascii="Open Sans" w:hAnsi="Open Sans" w:cs="Open Sans"/>
                <w:noProof/>
                <w:lang w:val="pl-PL"/>
              </w:rPr>
              <w:t>kW</w:t>
            </w:r>
          </w:p>
        </w:tc>
      </w:tr>
      <w:tr w:rsidR="0090250E" w:rsidRPr="00EE7170" w14:paraId="5E03B0D6" w14:textId="77777777">
        <w:trPr>
          <w:cantSplit/>
        </w:trPr>
        <w:tc>
          <w:tcPr>
            <w:tcW w:w="4706" w:type="dxa"/>
            <w:tcBorders>
              <w:top w:val="single" w:sz="4" w:space="0" w:color="A6A6A6"/>
              <w:left w:val="single" w:sz="4" w:space="0" w:color="A6A6A6"/>
              <w:bottom w:val="single" w:sz="4" w:space="0" w:color="A6A6A6"/>
              <w:right w:val="single" w:sz="4" w:space="0" w:color="A6A6A6"/>
            </w:tcBorders>
          </w:tcPr>
          <w:p w14:paraId="44671383" w14:textId="377F5284" w:rsidR="0090250E" w:rsidRPr="00EE7170" w:rsidRDefault="00000000">
            <w:pPr>
              <w:spacing w:before="40"/>
              <w:rPr>
                <w:rFonts w:ascii="Open Sans" w:hAnsi="Open Sans" w:cs="Open Sans"/>
                <w:noProof/>
                <w:lang w:val="pl-PL"/>
              </w:rPr>
            </w:pPr>
            <w:r w:rsidRPr="00EE7170">
              <w:rPr>
                <w:rFonts w:ascii="Open Sans" w:hAnsi="Open Sans" w:cs="Open Sans"/>
                <w:noProof/>
                <w:lang w:val="pl-PL"/>
              </w:rPr>
              <w:t>Temp. zas</w:t>
            </w:r>
            <w:r w:rsidR="00D40700">
              <w:rPr>
                <w:rFonts w:ascii="Open Sans" w:hAnsi="Open Sans" w:cs="Open Sans"/>
                <w:noProof/>
                <w:lang w:val="pl-PL"/>
              </w:rPr>
              <w:t>ilania</w:t>
            </w:r>
          </w:p>
        </w:tc>
        <w:tc>
          <w:tcPr>
            <w:tcW w:w="2154" w:type="dxa"/>
            <w:tcBorders>
              <w:top w:val="single" w:sz="4" w:space="0" w:color="A6A6A6"/>
              <w:left w:val="single" w:sz="4" w:space="0" w:color="A6A6A6"/>
              <w:bottom w:val="single" w:sz="4" w:space="0" w:color="A6A6A6"/>
              <w:right w:val="single" w:sz="4" w:space="0" w:color="A6A6A6"/>
            </w:tcBorders>
            <w:shd w:val="clear" w:color="auto" w:fill="F3F4F5"/>
          </w:tcPr>
          <w:p w14:paraId="416459F6" w14:textId="77777777" w:rsidR="0090250E" w:rsidRPr="00EE7170" w:rsidRDefault="0090250E">
            <w:pPr>
              <w:spacing w:before="40"/>
              <w:rPr>
                <w:rFonts w:ascii="Open Sans" w:hAnsi="Open Sans" w:cs="Open Sans"/>
                <w:noProof/>
                <w:lang w:val="pl-PL"/>
              </w:rPr>
            </w:pPr>
          </w:p>
        </w:tc>
        <w:tc>
          <w:tcPr>
            <w:tcW w:w="2098" w:type="dxa"/>
            <w:tcBorders>
              <w:top w:val="single" w:sz="4" w:space="0" w:color="A6A6A6"/>
              <w:left w:val="single" w:sz="4" w:space="0" w:color="A6A6A6"/>
              <w:bottom w:val="single" w:sz="4" w:space="0" w:color="A6A6A6"/>
              <w:right w:val="single" w:sz="4" w:space="0" w:color="A6A6A6"/>
            </w:tcBorders>
            <w:shd w:val="clear" w:color="auto" w:fill="F3F4F5"/>
          </w:tcPr>
          <w:p w14:paraId="41DC163F" w14:textId="77777777" w:rsidR="0090250E" w:rsidRPr="00EE7170" w:rsidRDefault="0090250E">
            <w:pPr>
              <w:spacing w:before="40"/>
              <w:rPr>
                <w:rFonts w:ascii="Open Sans" w:hAnsi="Open Sans" w:cs="Open Sans"/>
                <w:noProof/>
                <w:lang w:val="pl-PL"/>
              </w:rPr>
            </w:pPr>
          </w:p>
        </w:tc>
        <w:tc>
          <w:tcPr>
            <w:tcW w:w="1247" w:type="dxa"/>
            <w:tcBorders>
              <w:top w:val="single" w:sz="4" w:space="0" w:color="A6A6A6"/>
              <w:left w:val="single" w:sz="4" w:space="0" w:color="A6A6A6"/>
              <w:bottom w:val="single" w:sz="4" w:space="0" w:color="A6A6A6"/>
              <w:right w:val="single" w:sz="4" w:space="0" w:color="A6A6A6"/>
            </w:tcBorders>
          </w:tcPr>
          <w:p w14:paraId="334E4D99" w14:textId="77777777" w:rsidR="0090250E" w:rsidRPr="00EE7170" w:rsidRDefault="00000000">
            <w:pPr>
              <w:spacing w:before="40"/>
              <w:rPr>
                <w:rFonts w:ascii="Open Sans" w:hAnsi="Open Sans" w:cs="Open Sans"/>
                <w:noProof/>
                <w:lang w:val="pl-PL"/>
              </w:rPr>
            </w:pPr>
            <w:r w:rsidRPr="00EE7170">
              <w:rPr>
                <w:rFonts w:ascii="Open Sans" w:hAnsi="Open Sans" w:cs="Open Sans"/>
                <w:noProof/>
                <w:lang w:val="pl-PL"/>
              </w:rPr>
              <w:t>°C</w:t>
            </w:r>
          </w:p>
        </w:tc>
      </w:tr>
      <w:tr w:rsidR="0090250E" w:rsidRPr="00EE7170" w14:paraId="0A760C74" w14:textId="77777777">
        <w:trPr>
          <w:cantSplit/>
        </w:trPr>
        <w:tc>
          <w:tcPr>
            <w:tcW w:w="4706" w:type="dxa"/>
            <w:tcBorders>
              <w:top w:val="single" w:sz="4" w:space="0" w:color="A6A6A6"/>
              <w:left w:val="single" w:sz="4" w:space="0" w:color="A6A6A6"/>
              <w:bottom w:val="single" w:sz="4" w:space="0" w:color="A6A6A6"/>
              <w:right w:val="single" w:sz="4" w:space="0" w:color="A6A6A6"/>
            </w:tcBorders>
          </w:tcPr>
          <w:p w14:paraId="4EA3DBCE" w14:textId="22BDA189" w:rsidR="0090250E" w:rsidRPr="00EE7170" w:rsidRDefault="00000000">
            <w:pPr>
              <w:spacing w:before="40"/>
              <w:rPr>
                <w:rFonts w:ascii="Open Sans" w:hAnsi="Open Sans" w:cs="Open Sans"/>
                <w:noProof/>
                <w:lang w:val="pl-PL"/>
              </w:rPr>
            </w:pPr>
            <w:r w:rsidRPr="00EE7170">
              <w:rPr>
                <w:rFonts w:ascii="Open Sans" w:hAnsi="Open Sans" w:cs="Open Sans"/>
                <w:noProof/>
                <w:lang w:val="pl-PL"/>
              </w:rPr>
              <w:t>Temp. powr</w:t>
            </w:r>
            <w:r w:rsidR="00D40700">
              <w:rPr>
                <w:rFonts w:ascii="Open Sans" w:hAnsi="Open Sans" w:cs="Open Sans"/>
                <w:noProof/>
                <w:lang w:val="pl-PL"/>
              </w:rPr>
              <w:t>otu</w:t>
            </w:r>
          </w:p>
        </w:tc>
        <w:tc>
          <w:tcPr>
            <w:tcW w:w="2154" w:type="dxa"/>
            <w:tcBorders>
              <w:top w:val="single" w:sz="4" w:space="0" w:color="A6A6A6"/>
              <w:left w:val="single" w:sz="4" w:space="0" w:color="A6A6A6"/>
              <w:bottom w:val="single" w:sz="4" w:space="0" w:color="A6A6A6"/>
              <w:right w:val="single" w:sz="4" w:space="0" w:color="A6A6A6"/>
            </w:tcBorders>
            <w:shd w:val="clear" w:color="auto" w:fill="F3F4F5"/>
          </w:tcPr>
          <w:p w14:paraId="7F345469" w14:textId="77777777" w:rsidR="0090250E" w:rsidRPr="00EE7170" w:rsidRDefault="0090250E">
            <w:pPr>
              <w:spacing w:before="40"/>
              <w:rPr>
                <w:rFonts w:ascii="Open Sans" w:hAnsi="Open Sans" w:cs="Open Sans"/>
                <w:noProof/>
                <w:lang w:val="pl-PL"/>
              </w:rPr>
            </w:pPr>
          </w:p>
        </w:tc>
        <w:tc>
          <w:tcPr>
            <w:tcW w:w="2098" w:type="dxa"/>
            <w:tcBorders>
              <w:top w:val="single" w:sz="4" w:space="0" w:color="A6A6A6"/>
              <w:left w:val="single" w:sz="4" w:space="0" w:color="A6A6A6"/>
              <w:bottom w:val="single" w:sz="4" w:space="0" w:color="A6A6A6"/>
              <w:right w:val="single" w:sz="4" w:space="0" w:color="A6A6A6"/>
            </w:tcBorders>
            <w:shd w:val="clear" w:color="auto" w:fill="F3F4F5"/>
          </w:tcPr>
          <w:p w14:paraId="15973389" w14:textId="77777777" w:rsidR="0090250E" w:rsidRPr="00EE7170" w:rsidRDefault="0090250E">
            <w:pPr>
              <w:spacing w:before="40"/>
              <w:rPr>
                <w:rFonts w:ascii="Open Sans" w:hAnsi="Open Sans" w:cs="Open Sans"/>
                <w:noProof/>
                <w:lang w:val="pl-PL"/>
              </w:rPr>
            </w:pPr>
          </w:p>
        </w:tc>
        <w:tc>
          <w:tcPr>
            <w:tcW w:w="1247" w:type="dxa"/>
            <w:tcBorders>
              <w:top w:val="single" w:sz="4" w:space="0" w:color="A6A6A6"/>
              <w:left w:val="single" w:sz="4" w:space="0" w:color="A6A6A6"/>
              <w:bottom w:val="single" w:sz="4" w:space="0" w:color="A6A6A6"/>
              <w:right w:val="single" w:sz="4" w:space="0" w:color="A6A6A6"/>
            </w:tcBorders>
          </w:tcPr>
          <w:p w14:paraId="64A0DE1E" w14:textId="77777777" w:rsidR="0090250E" w:rsidRPr="00EE7170" w:rsidRDefault="00000000">
            <w:pPr>
              <w:spacing w:before="40"/>
              <w:rPr>
                <w:rFonts w:ascii="Open Sans" w:hAnsi="Open Sans" w:cs="Open Sans"/>
                <w:noProof/>
                <w:lang w:val="pl-PL"/>
              </w:rPr>
            </w:pPr>
            <w:r w:rsidRPr="00EE7170">
              <w:rPr>
                <w:rFonts w:ascii="Open Sans" w:hAnsi="Open Sans" w:cs="Open Sans"/>
                <w:noProof/>
                <w:lang w:val="pl-PL"/>
              </w:rPr>
              <w:t>°C</w:t>
            </w:r>
          </w:p>
        </w:tc>
      </w:tr>
    </w:tbl>
    <w:p w14:paraId="3DE3CA43" w14:textId="34441B95" w:rsidR="0090250E" w:rsidRPr="00EE7170" w:rsidRDefault="00000000">
      <w:pPr>
        <w:rPr>
          <w:rFonts w:ascii="Open Sans" w:hAnsi="Open Sans" w:cs="Open Sans"/>
          <w:noProof/>
          <w:color w:val="auto"/>
          <w:lang w:val="pl-PL"/>
        </w:rPr>
      </w:pPr>
      <w:r w:rsidRPr="00EE7170">
        <w:rPr>
          <w:rFonts w:ascii="Open Sans" w:hAnsi="Open Sans" w:cs="Open Sans"/>
          <w:noProof/>
          <w:color w:val="auto"/>
          <w:sz w:val="13"/>
          <w:lang w:val="pl-PL"/>
        </w:rPr>
        <w:t xml:space="preserve">* </w:t>
      </w:r>
      <w:r w:rsidR="0074796D" w:rsidRPr="00EE7170">
        <w:rPr>
          <w:rFonts w:ascii="Open Sans" w:hAnsi="Open Sans" w:cs="Open Sans"/>
          <w:noProof/>
          <w:color w:val="auto"/>
          <w:sz w:val="13"/>
          <w:lang w:val="pl-PL"/>
        </w:rPr>
        <w:t>Zaznacz właściwy układ.</w:t>
      </w:r>
    </w:p>
    <w:p w14:paraId="66D33265" w14:textId="471935AA" w:rsidR="0090250E" w:rsidRPr="00EE7170" w:rsidRDefault="00000000">
      <w:pPr>
        <w:rPr>
          <w:rFonts w:ascii="Open Sans" w:hAnsi="Open Sans" w:cs="Open Sans"/>
          <w:noProof/>
          <w:color w:val="auto"/>
          <w:lang w:val="pl-PL"/>
        </w:rPr>
      </w:pPr>
      <w:r w:rsidRPr="00EE7170">
        <w:rPr>
          <w:rFonts w:ascii="Open Sans" w:hAnsi="Open Sans" w:cs="Open Sans"/>
          <w:noProof/>
          <w:color w:val="auto"/>
          <w:sz w:val="13"/>
          <w:lang w:val="pl-PL"/>
        </w:rPr>
        <w:t>** Moc cieplna określona z dokładnością do 0,0001 MW.</w:t>
      </w:r>
    </w:p>
    <w:p w14:paraId="6D0D455E" w14:textId="18A7998A" w:rsidR="0074796D" w:rsidRPr="00EE7170" w:rsidRDefault="00000000">
      <w:pPr>
        <w:rPr>
          <w:rFonts w:ascii="Open Sans" w:hAnsi="Open Sans" w:cs="Open Sans"/>
          <w:noProof/>
          <w:color w:val="auto"/>
          <w:sz w:val="13"/>
          <w:lang w:val="pl-PL"/>
        </w:rPr>
      </w:pPr>
      <w:r w:rsidRPr="00EE7170">
        <w:rPr>
          <w:rFonts w:ascii="Open Sans" w:hAnsi="Open Sans" w:cs="Open Sans"/>
          <w:noProof/>
          <w:color w:val="auto"/>
          <w:sz w:val="13"/>
          <w:lang w:val="pl-PL"/>
        </w:rPr>
        <w:t xml:space="preserve">*** </w:t>
      </w:r>
      <w:r w:rsidR="0074796D" w:rsidRPr="00EE7170">
        <w:rPr>
          <w:rFonts w:ascii="Open Sans" w:hAnsi="Open Sans" w:cs="Open Sans"/>
          <w:noProof/>
          <w:color w:val="auto"/>
          <w:sz w:val="13"/>
          <w:lang w:val="pl-PL"/>
        </w:rPr>
        <w:t>Dla układu zasobnikowego – obliczeniowa moc cieplna na potrzeby przygotowania c.w.u.; dla układu bezzasobnikowego – maksymalna godzinowa moc cieplna na potrzeby c.w.u.</w:t>
      </w:r>
    </w:p>
    <w:p w14:paraId="0058D4F9" w14:textId="77777777" w:rsidR="0090250E" w:rsidRPr="00EE7170" w:rsidRDefault="00000000">
      <w:pPr>
        <w:rPr>
          <w:rFonts w:ascii="Open Sans" w:hAnsi="Open Sans" w:cs="Open Sans"/>
          <w:noProof/>
          <w:lang w:val="pl-PL"/>
        </w:rPr>
      </w:pPr>
      <w:r w:rsidRPr="00EE7170">
        <w:rPr>
          <w:rFonts w:ascii="Open Sans" w:hAnsi="Open Sans" w:cs="Open Sans"/>
          <w:noProof/>
          <w:lang w:val="pl-PL"/>
        </w:rPr>
        <w:br w:type="page"/>
      </w:r>
    </w:p>
    <w:p w14:paraId="6AEF02D6" w14:textId="5BDBC1D3" w:rsidR="0090250E" w:rsidRPr="00EE7170" w:rsidRDefault="00000000">
      <w:pPr>
        <w:rPr>
          <w:rFonts w:ascii="Open Sans" w:hAnsi="Open Sans" w:cs="Open Sans"/>
          <w:noProof/>
          <w:lang w:val="pl-PL"/>
        </w:rPr>
      </w:pPr>
      <w:r w:rsidRPr="00EE7170">
        <w:rPr>
          <w:rFonts w:ascii="Open Sans" w:hAnsi="Open Sans" w:cs="Open Sans"/>
          <w:b/>
          <w:noProof/>
          <w:lang w:val="pl-PL"/>
        </w:rPr>
        <w:lastRenderedPageBreak/>
        <w:t>4d. Instalacja cieplna dla potrzeb technologicznych (ct)</w:t>
      </w:r>
    </w:p>
    <w:tbl>
      <w:tblPr>
        <w:tblW w:w="10205" w:type="dxa"/>
        <w:tblLayout w:type="fixed"/>
        <w:tblLook w:val="04A0" w:firstRow="1" w:lastRow="0" w:firstColumn="1" w:lastColumn="0" w:noHBand="0" w:noVBand="1"/>
      </w:tblPr>
      <w:tblGrid>
        <w:gridCol w:w="4706"/>
        <w:gridCol w:w="2154"/>
        <w:gridCol w:w="2066"/>
        <w:gridCol w:w="1279"/>
      </w:tblGrid>
      <w:tr w:rsidR="0090250E" w:rsidRPr="00EE7170" w14:paraId="26449C74" w14:textId="77777777" w:rsidTr="007D7DE0">
        <w:trPr>
          <w:cantSplit/>
        </w:trPr>
        <w:tc>
          <w:tcPr>
            <w:tcW w:w="4706" w:type="dxa"/>
            <w:tcBorders>
              <w:top w:val="single" w:sz="4" w:space="0" w:color="A6A6A6"/>
              <w:left w:val="single" w:sz="4" w:space="0" w:color="A6A6A6"/>
              <w:bottom w:val="single" w:sz="4" w:space="0" w:color="A6A6A6"/>
              <w:right w:val="single" w:sz="4" w:space="0" w:color="A6A6A6"/>
            </w:tcBorders>
          </w:tcPr>
          <w:p w14:paraId="6E4CB64A" w14:textId="77777777" w:rsidR="0090250E" w:rsidRPr="00EE7170" w:rsidRDefault="00000000">
            <w:pPr>
              <w:spacing w:before="40"/>
              <w:rPr>
                <w:rFonts w:ascii="Open Sans" w:hAnsi="Open Sans" w:cs="Open Sans"/>
                <w:noProof/>
                <w:lang w:val="pl-PL"/>
              </w:rPr>
            </w:pPr>
            <w:r w:rsidRPr="00EE7170">
              <w:rPr>
                <w:rFonts w:ascii="Open Sans" w:hAnsi="Open Sans" w:cs="Open Sans"/>
                <w:noProof/>
                <w:lang w:val="pl-PL"/>
              </w:rPr>
              <w:t>Parametr</w:t>
            </w:r>
          </w:p>
        </w:tc>
        <w:tc>
          <w:tcPr>
            <w:tcW w:w="2154" w:type="dxa"/>
            <w:tcBorders>
              <w:top w:val="single" w:sz="4" w:space="0" w:color="A6A6A6"/>
              <w:left w:val="single" w:sz="4" w:space="0" w:color="A6A6A6"/>
              <w:bottom w:val="single" w:sz="4" w:space="0" w:color="A6A6A6"/>
              <w:right w:val="single" w:sz="4" w:space="0" w:color="A6A6A6"/>
            </w:tcBorders>
          </w:tcPr>
          <w:p w14:paraId="0FFA285A" w14:textId="77777777" w:rsidR="0090250E" w:rsidRPr="00EE7170" w:rsidRDefault="00000000">
            <w:pPr>
              <w:spacing w:before="40"/>
              <w:rPr>
                <w:rFonts w:ascii="Open Sans" w:hAnsi="Open Sans" w:cs="Open Sans"/>
                <w:noProof/>
                <w:lang w:val="pl-PL"/>
              </w:rPr>
            </w:pPr>
            <w:r w:rsidRPr="00EE7170">
              <w:rPr>
                <w:rFonts w:ascii="Open Sans" w:hAnsi="Open Sans" w:cs="Open Sans"/>
                <w:noProof/>
                <w:lang w:val="pl-PL"/>
              </w:rPr>
              <w:t>Zima</w:t>
            </w:r>
          </w:p>
        </w:tc>
        <w:tc>
          <w:tcPr>
            <w:tcW w:w="2066" w:type="dxa"/>
            <w:tcBorders>
              <w:top w:val="single" w:sz="4" w:space="0" w:color="A6A6A6"/>
              <w:left w:val="single" w:sz="4" w:space="0" w:color="A6A6A6"/>
              <w:bottom w:val="single" w:sz="4" w:space="0" w:color="A6A6A6"/>
              <w:right w:val="single" w:sz="4" w:space="0" w:color="A6A6A6"/>
            </w:tcBorders>
          </w:tcPr>
          <w:p w14:paraId="0AEAB4BA" w14:textId="77777777" w:rsidR="0090250E" w:rsidRPr="00EE7170" w:rsidRDefault="00000000">
            <w:pPr>
              <w:spacing w:before="40"/>
              <w:rPr>
                <w:rFonts w:ascii="Open Sans" w:hAnsi="Open Sans" w:cs="Open Sans"/>
                <w:noProof/>
                <w:lang w:val="pl-PL"/>
              </w:rPr>
            </w:pPr>
            <w:r w:rsidRPr="00EE7170">
              <w:rPr>
                <w:rFonts w:ascii="Open Sans" w:hAnsi="Open Sans" w:cs="Open Sans"/>
                <w:noProof/>
                <w:lang w:val="pl-PL"/>
              </w:rPr>
              <w:t>Lato</w:t>
            </w:r>
          </w:p>
        </w:tc>
        <w:tc>
          <w:tcPr>
            <w:tcW w:w="1279" w:type="dxa"/>
            <w:tcBorders>
              <w:top w:val="single" w:sz="4" w:space="0" w:color="A6A6A6"/>
              <w:left w:val="single" w:sz="4" w:space="0" w:color="A6A6A6"/>
              <w:bottom w:val="single" w:sz="4" w:space="0" w:color="A6A6A6"/>
              <w:right w:val="single" w:sz="4" w:space="0" w:color="A6A6A6"/>
            </w:tcBorders>
          </w:tcPr>
          <w:p w14:paraId="6924079A" w14:textId="77777777" w:rsidR="0090250E" w:rsidRPr="00EE7170" w:rsidRDefault="00000000">
            <w:pPr>
              <w:spacing w:before="40"/>
              <w:rPr>
                <w:rFonts w:ascii="Open Sans" w:hAnsi="Open Sans" w:cs="Open Sans"/>
                <w:noProof/>
                <w:lang w:val="pl-PL"/>
              </w:rPr>
            </w:pPr>
            <w:r w:rsidRPr="00EE7170">
              <w:rPr>
                <w:rFonts w:ascii="Open Sans" w:hAnsi="Open Sans" w:cs="Open Sans"/>
                <w:noProof/>
                <w:lang w:val="pl-PL"/>
              </w:rPr>
              <w:t>Jednostka</w:t>
            </w:r>
          </w:p>
        </w:tc>
      </w:tr>
      <w:tr w:rsidR="0090250E" w:rsidRPr="00EE7170" w14:paraId="5335CA8D" w14:textId="77777777" w:rsidTr="007D7DE0">
        <w:trPr>
          <w:cantSplit/>
        </w:trPr>
        <w:tc>
          <w:tcPr>
            <w:tcW w:w="4706" w:type="dxa"/>
            <w:tcBorders>
              <w:top w:val="single" w:sz="4" w:space="0" w:color="A6A6A6"/>
              <w:left w:val="single" w:sz="4" w:space="0" w:color="A6A6A6"/>
              <w:bottom w:val="single" w:sz="4" w:space="0" w:color="A6A6A6"/>
              <w:right w:val="single" w:sz="4" w:space="0" w:color="A6A6A6"/>
            </w:tcBorders>
          </w:tcPr>
          <w:p w14:paraId="3132CB22" w14:textId="475D29C4" w:rsidR="0090250E" w:rsidRPr="00EE7170" w:rsidRDefault="00000000">
            <w:pPr>
              <w:spacing w:before="40"/>
              <w:rPr>
                <w:rFonts w:ascii="Open Sans" w:hAnsi="Open Sans" w:cs="Open Sans"/>
                <w:noProof/>
                <w:lang w:val="pl-PL"/>
              </w:rPr>
            </w:pPr>
            <w:r w:rsidRPr="00EE7170">
              <w:rPr>
                <w:rFonts w:ascii="Open Sans" w:hAnsi="Open Sans" w:cs="Open Sans"/>
                <w:noProof/>
                <w:lang w:val="pl-PL"/>
              </w:rPr>
              <w:t xml:space="preserve">Obliczeniowa moc cieplna </w:t>
            </w:r>
            <w:r w:rsidRPr="00EE7170">
              <w:rPr>
                <w:rFonts w:ascii="Open Sans" w:hAnsi="Open Sans" w:cs="Open Sans"/>
                <w:noProof/>
                <w:sz w:val="14"/>
                <w:szCs w:val="14"/>
                <w:lang w:val="pl-PL"/>
              </w:rPr>
              <w:t>**</w:t>
            </w:r>
          </w:p>
        </w:tc>
        <w:tc>
          <w:tcPr>
            <w:tcW w:w="2154" w:type="dxa"/>
            <w:tcBorders>
              <w:top w:val="single" w:sz="4" w:space="0" w:color="A6A6A6"/>
              <w:left w:val="single" w:sz="4" w:space="0" w:color="A6A6A6"/>
              <w:bottom w:val="single" w:sz="4" w:space="0" w:color="A6A6A6"/>
              <w:right w:val="single" w:sz="4" w:space="0" w:color="A6A6A6"/>
            </w:tcBorders>
            <w:shd w:val="clear" w:color="auto" w:fill="F3F4F5"/>
          </w:tcPr>
          <w:p w14:paraId="04A7ABA6" w14:textId="77777777" w:rsidR="0090250E" w:rsidRPr="00EE7170" w:rsidRDefault="0090250E">
            <w:pPr>
              <w:spacing w:before="40"/>
              <w:rPr>
                <w:rFonts w:ascii="Open Sans" w:hAnsi="Open Sans" w:cs="Open Sans"/>
                <w:noProof/>
                <w:lang w:val="pl-PL"/>
              </w:rPr>
            </w:pPr>
          </w:p>
        </w:tc>
        <w:tc>
          <w:tcPr>
            <w:tcW w:w="2066" w:type="dxa"/>
            <w:tcBorders>
              <w:top w:val="single" w:sz="4" w:space="0" w:color="A6A6A6"/>
              <w:left w:val="single" w:sz="4" w:space="0" w:color="A6A6A6"/>
              <w:bottom w:val="single" w:sz="4" w:space="0" w:color="A6A6A6"/>
              <w:right w:val="single" w:sz="4" w:space="0" w:color="A6A6A6"/>
            </w:tcBorders>
            <w:shd w:val="clear" w:color="auto" w:fill="F3F4F5"/>
          </w:tcPr>
          <w:p w14:paraId="2F70C00B" w14:textId="77777777" w:rsidR="0090250E" w:rsidRPr="00EE7170" w:rsidRDefault="0090250E">
            <w:pPr>
              <w:spacing w:before="40"/>
              <w:rPr>
                <w:rFonts w:ascii="Open Sans" w:hAnsi="Open Sans" w:cs="Open Sans"/>
                <w:noProof/>
                <w:lang w:val="pl-PL"/>
              </w:rPr>
            </w:pPr>
          </w:p>
        </w:tc>
        <w:tc>
          <w:tcPr>
            <w:tcW w:w="1279" w:type="dxa"/>
            <w:tcBorders>
              <w:top w:val="single" w:sz="4" w:space="0" w:color="A6A6A6"/>
              <w:left w:val="single" w:sz="4" w:space="0" w:color="A6A6A6"/>
              <w:bottom w:val="single" w:sz="4" w:space="0" w:color="A6A6A6"/>
              <w:right w:val="single" w:sz="4" w:space="0" w:color="A6A6A6"/>
            </w:tcBorders>
          </w:tcPr>
          <w:p w14:paraId="13843D71" w14:textId="24F5D2C7" w:rsidR="0090250E" w:rsidRPr="00EE7170" w:rsidRDefault="00F06259">
            <w:pPr>
              <w:spacing w:before="40"/>
              <w:rPr>
                <w:rFonts w:ascii="Open Sans" w:hAnsi="Open Sans" w:cs="Open Sans"/>
                <w:noProof/>
                <w:lang w:val="pl-PL"/>
              </w:rPr>
            </w:pPr>
            <w:r w:rsidRPr="00EE7170">
              <w:rPr>
                <w:rFonts w:ascii="Open Sans" w:hAnsi="Open Sans" w:cs="Open Sans"/>
                <w:noProof/>
                <w:lang w:val="pl-PL"/>
              </w:rPr>
              <w:t>kW</w:t>
            </w:r>
          </w:p>
        </w:tc>
      </w:tr>
      <w:tr w:rsidR="0090250E" w:rsidRPr="00EE7170" w14:paraId="57311F33" w14:textId="77777777" w:rsidTr="007D7DE0">
        <w:trPr>
          <w:cantSplit/>
        </w:trPr>
        <w:tc>
          <w:tcPr>
            <w:tcW w:w="4706" w:type="dxa"/>
            <w:tcBorders>
              <w:top w:val="single" w:sz="4" w:space="0" w:color="A6A6A6"/>
              <w:left w:val="single" w:sz="4" w:space="0" w:color="A6A6A6"/>
              <w:bottom w:val="single" w:sz="4" w:space="0" w:color="A6A6A6"/>
              <w:right w:val="single" w:sz="4" w:space="0" w:color="A6A6A6"/>
            </w:tcBorders>
          </w:tcPr>
          <w:p w14:paraId="51A86D65" w14:textId="141E8B54" w:rsidR="0090250E" w:rsidRPr="00EE7170" w:rsidRDefault="00000000">
            <w:pPr>
              <w:spacing w:before="40"/>
              <w:rPr>
                <w:rFonts w:ascii="Open Sans" w:hAnsi="Open Sans" w:cs="Open Sans"/>
                <w:noProof/>
                <w:lang w:val="pl-PL"/>
              </w:rPr>
            </w:pPr>
            <w:r w:rsidRPr="00EE7170">
              <w:rPr>
                <w:rFonts w:ascii="Open Sans" w:hAnsi="Open Sans" w:cs="Open Sans"/>
                <w:noProof/>
                <w:lang w:val="pl-PL"/>
              </w:rPr>
              <w:t>Temp. zas</w:t>
            </w:r>
            <w:r w:rsidR="00D40700">
              <w:rPr>
                <w:rFonts w:ascii="Open Sans" w:hAnsi="Open Sans" w:cs="Open Sans"/>
                <w:noProof/>
                <w:lang w:val="pl-PL"/>
              </w:rPr>
              <w:t>ilania</w:t>
            </w:r>
          </w:p>
        </w:tc>
        <w:tc>
          <w:tcPr>
            <w:tcW w:w="2154" w:type="dxa"/>
            <w:tcBorders>
              <w:top w:val="single" w:sz="4" w:space="0" w:color="A6A6A6"/>
              <w:left w:val="single" w:sz="4" w:space="0" w:color="A6A6A6"/>
              <w:bottom w:val="single" w:sz="4" w:space="0" w:color="A6A6A6"/>
              <w:right w:val="single" w:sz="4" w:space="0" w:color="A6A6A6"/>
            </w:tcBorders>
            <w:shd w:val="clear" w:color="auto" w:fill="F3F4F5"/>
          </w:tcPr>
          <w:p w14:paraId="4579A44B" w14:textId="77777777" w:rsidR="0090250E" w:rsidRPr="00EE7170" w:rsidRDefault="0090250E">
            <w:pPr>
              <w:spacing w:before="40"/>
              <w:rPr>
                <w:rFonts w:ascii="Open Sans" w:hAnsi="Open Sans" w:cs="Open Sans"/>
                <w:noProof/>
                <w:lang w:val="pl-PL"/>
              </w:rPr>
            </w:pPr>
          </w:p>
        </w:tc>
        <w:tc>
          <w:tcPr>
            <w:tcW w:w="2066" w:type="dxa"/>
            <w:tcBorders>
              <w:top w:val="single" w:sz="4" w:space="0" w:color="A6A6A6"/>
              <w:left w:val="single" w:sz="4" w:space="0" w:color="A6A6A6"/>
              <w:bottom w:val="single" w:sz="4" w:space="0" w:color="A6A6A6"/>
              <w:right w:val="single" w:sz="4" w:space="0" w:color="A6A6A6"/>
            </w:tcBorders>
            <w:shd w:val="clear" w:color="auto" w:fill="F3F4F5"/>
          </w:tcPr>
          <w:p w14:paraId="66A09A99" w14:textId="77777777" w:rsidR="0090250E" w:rsidRPr="00EE7170" w:rsidRDefault="0090250E">
            <w:pPr>
              <w:spacing w:before="40"/>
              <w:rPr>
                <w:rFonts w:ascii="Open Sans" w:hAnsi="Open Sans" w:cs="Open Sans"/>
                <w:noProof/>
                <w:lang w:val="pl-PL"/>
              </w:rPr>
            </w:pPr>
          </w:p>
        </w:tc>
        <w:tc>
          <w:tcPr>
            <w:tcW w:w="1279" w:type="dxa"/>
            <w:tcBorders>
              <w:top w:val="single" w:sz="4" w:space="0" w:color="A6A6A6"/>
              <w:left w:val="single" w:sz="4" w:space="0" w:color="A6A6A6"/>
              <w:bottom w:val="single" w:sz="4" w:space="0" w:color="A6A6A6"/>
              <w:right w:val="single" w:sz="4" w:space="0" w:color="A6A6A6"/>
            </w:tcBorders>
          </w:tcPr>
          <w:p w14:paraId="3A57D91E" w14:textId="77777777" w:rsidR="0090250E" w:rsidRPr="00EE7170" w:rsidRDefault="00000000">
            <w:pPr>
              <w:spacing w:before="40"/>
              <w:rPr>
                <w:rFonts w:ascii="Open Sans" w:hAnsi="Open Sans" w:cs="Open Sans"/>
                <w:noProof/>
                <w:lang w:val="pl-PL"/>
              </w:rPr>
            </w:pPr>
            <w:r w:rsidRPr="00EE7170">
              <w:rPr>
                <w:rFonts w:ascii="Open Sans" w:hAnsi="Open Sans" w:cs="Open Sans"/>
                <w:noProof/>
                <w:lang w:val="pl-PL"/>
              </w:rPr>
              <w:t>°C</w:t>
            </w:r>
          </w:p>
        </w:tc>
      </w:tr>
      <w:tr w:rsidR="0090250E" w:rsidRPr="00EE7170" w14:paraId="69716520" w14:textId="77777777" w:rsidTr="007D7DE0">
        <w:trPr>
          <w:cantSplit/>
        </w:trPr>
        <w:tc>
          <w:tcPr>
            <w:tcW w:w="4706" w:type="dxa"/>
            <w:tcBorders>
              <w:top w:val="single" w:sz="4" w:space="0" w:color="A6A6A6"/>
              <w:left w:val="single" w:sz="4" w:space="0" w:color="A6A6A6"/>
              <w:bottom w:val="single" w:sz="4" w:space="0" w:color="A6A6A6"/>
              <w:right w:val="single" w:sz="4" w:space="0" w:color="A6A6A6"/>
            </w:tcBorders>
          </w:tcPr>
          <w:p w14:paraId="1286D66D" w14:textId="2535C114" w:rsidR="0090250E" w:rsidRPr="00EE7170" w:rsidRDefault="00000000">
            <w:pPr>
              <w:spacing w:before="40"/>
              <w:rPr>
                <w:rFonts w:ascii="Open Sans" w:hAnsi="Open Sans" w:cs="Open Sans"/>
                <w:noProof/>
                <w:lang w:val="pl-PL"/>
              </w:rPr>
            </w:pPr>
            <w:r w:rsidRPr="00EE7170">
              <w:rPr>
                <w:rFonts w:ascii="Open Sans" w:hAnsi="Open Sans" w:cs="Open Sans"/>
                <w:noProof/>
                <w:lang w:val="pl-PL"/>
              </w:rPr>
              <w:t>Temp. powr</w:t>
            </w:r>
            <w:r w:rsidR="00D40700">
              <w:rPr>
                <w:rFonts w:ascii="Open Sans" w:hAnsi="Open Sans" w:cs="Open Sans"/>
                <w:noProof/>
                <w:lang w:val="pl-PL"/>
              </w:rPr>
              <w:t>otu</w:t>
            </w:r>
          </w:p>
        </w:tc>
        <w:tc>
          <w:tcPr>
            <w:tcW w:w="2154" w:type="dxa"/>
            <w:tcBorders>
              <w:top w:val="single" w:sz="4" w:space="0" w:color="A6A6A6"/>
              <w:left w:val="single" w:sz="4" w:space="0" w:color="A6A6A6"/>
              <w:bottom w:val="single" w:sz="4" w:space="0" w:color="A6A6A6"/>
              <w:right w:val="single" w:sz="4" w:space="0" w:color="A6A6A6"/>
            </w:tcBorders>
            <w:shd w:val="clear" w:color="auto" w:fill="F3F4F5"/>
          </w:tcPr>
          <w:p w14:paraId="59DCC07A" w14:textId="77777777" w:rsidR="0090250E" w:rsidRPr="00EE7170" w:rsidRDefault="0090250E">
            <w:pPr>
              <w:spacing w:before="40"/>
              <w:rPr>
                <w:rFonts w:ascii="Open Sans" w:hAnsi="Open Sans" w:cs="Open Sans"/>
                <w:noProof/>
                <w:lang w:val="pl-PL"/>
              </w:rPr>
            </w:pPr>
          </w:p>
        </w:tc>
        <w:tc>
          <w:tcPr>
            <w:tcW w:w="2066" w:type="dxa"/>
            <w:tcBorders>
              <w:top w:val="single" w:sz="4" w:space="0" w:color="A6A6A6"/>
              <w:left w:val="single" w:sz="4" w:space="0" w:color="A6A6A6"/>
              <w:bottom w:val="single" w:sz="4" w:space="0" w:color="A6A6A6"/>
              <w:right w:val="single" w:sz="4" w:space="0" w:color="A6A6A6"/>
            </w:tcBorders>
            <w:shd w:val="clear" w:color="auto" w:fill="F3F4F5"/>
          </w:tcPr>
          <w:p w14:paraId="04D100F5" w14:textId="77777777" w:rsidR="0090250E" w:rsidRPr="00EE7170" w:rsidRDefault="0090250E">
            <w:pPr>
              <w:spacing w:before="40"/>
              <w:rPr>
                <w:rFonts w:ascii="Open Sans" w:hAnsi="Open Sans" w:cs="Open Sans"/>
                <w:noProof/>
                <w:lang w:val="pl-PL"/>
              </w:rPr>
            </w:pPr>
          </w:p>
        </w:tc>
        <w:tc>
          <w:tcPr>
            <w:tcW w:w="1279" w:type="dxa"/>
            <w:tcBorders>
              <w:top w:val="single" w:sz="4" w:space="0" w:color="A6A6A6"/>
              <w:left w:val="single" w:sz="4" w:space="0" w:color="A6A6A6"/>
              <w:bottom w:val="single" w:sz="4" w:space="0" w:color="A6A6A6"/>
              <w:right w:val="single" w:sz="4" w:space="0" w:color="A6A6A6"/>
            </w:tcBorders>
          </w:tcPr>
          <w:p w14:paraId="611E7B69" w14:textId="77777777" w:rsidR="0090250E" w:rsidRPr="00EE7170" w:rsidRDefault="00000000">
            <w:pPr>
              <w:spacing w:before="40"/>
              <w:rPr>
                <w:rFonts w:ascii="Open Sans" w:hAnsi="Open Sans" w:cs="Open Sans"/>
                <w:noProof/>
                <w:lang w:val="pl-PL"/>
              </w:rPr>
            </w:pPr>
            <w:r w:rsidRPr="00EE7170">
              <w:rPr>
                <w:rFonts w:ascii="Open Sans" w:hAnsi="Open Sans" w:cs="Open Sans"/>
                <w:noProof/>
                <w:lang w:val="pl-PL"/>
              </w:rPr>
              <w:t>°C</w:t>
            </w:r>
          </w:p>
        </w:tc>
      </w:tr>
    </w:tbl>
    <w:p w14:paraId="3E4171BD" w14:textId="77777777" w:rsidR="0090250E" w:rsidRPr="00EE7170" w:rsidRDefault="00000000">
      <w:pPr>
        <w:keepNext/>
        <w:spacing w:before="100"/>
        <w:rPr>
          <w:rFonts w:ascii="Open Sans" w:hAnsi="Open Sans" w:cs="Open Sans"/>
          <w:noProof/>
          <w:lang w:val="pl-PL"/>
        </w:rPr>
      </w:pPr>
      <w:r w:rsidRPr="00EE7170">
        <w:rPr>
          <w:rFonts w:ascii="Open Sans" w:hAnsi="Open Sans" w:cs="Open Sans"/>
          <w:b/>
          <w:noProof/>
          <w:sz w:val="20"/>
          <w:lang w:val="pl-PL"/>
        </w:rPr>
        <w:t>5. INFORMACJE TECHNICZNE O OBIEKCIE</w:t>
      </w:r>
    </w:p>
    <w:p w14:paraId="6FB535D3" w14:textId="77777777" w:rsidR="0090250E" w:rsidRPr="00EE7170" w:rsidRDefault="00000000">
      <w:pPr>
        <w:rPr>
          <w:rFonts w:ascii="Open Sans" w:hAnsi="Open Sans" w:cs="Open Sans"/>
          <w:b/>
          <w:bCs/>
          <w:noProof/>
          <w:lang w:val="pl-PL"/>
        </w:rPr>
      </w:pPr>
      <w:r w:rsidRPr="00EE7170">
        <w:rPr>
          <w:rFonts w:ascii="Open Sans" w:hAnsi="Open Sans" w:cs="Open Sans"/>
          <w:b/>
          <w:bCs/>
          <w:noProof/>
          <w:lang w:val="pl-PL"/>
        </w:rPr>
        <w:t>5a. Charakterystyka techniczna obiektu</w:t>
      </w:r>
    </w:p>
    <w:tbl>
      <w:tblPr>
        <w:tblW w:w="10201" w:type="dxa"/>
        <w:tblLayout w:type="fixed"/>
        <w:tblLook w:val="04A0" w:firstRow="1" w:lastRow="0" w:firstColumn="1" w:lastColumn="0" w:noHBand="0" w:noVBand="1"/>
      </w:tblPr>
      <w:tblGrid>
        <w:gridCol w:w="4706"/>
        <w:gridCol w:w="4220"/>
        <w:gridCol w:w="1275"/>
      </w:tblGrid>
      <w:tr w:rsidR="006B2E89" w:rsidRPr="00EE7170" w14:paraId="56E7F102" w14:textId="77777777" w:rsidTr="006B2E89">
        <w:trPr>
          <w:cantSplit/>
        </w:trPr>
        <w:tc>
          <w:tcPr>
            <w:tcW w:w="4706" w:type="dxa"/>
            <w:tcBorders>
              <w:top w:val="single" w:sz="4" w:space="0" w:color="A6A6A6"/>
              <w:left w:val="single" w:sz="4" w:space="0" w:color="A6A6A6"/>
              <w:bottom w:val="single" w:sz="4" w:space="0" w:color="A6A6A6"/>
              <w:right w:val="single" w:sz="4" w:space="0" w:color="A6A6A6"/>
            </w:tcBorders>
          </w:tcPr>
          <w:p w14:paraId="15DEDB83" w14:textId="77777777" w:rsidR="006B2E89" w:rsidRPr="00EE7170" w:rsidRDefault="006B2E89">
            <w:pPr>
              <w:spacing w:before="40"/>
              <w:rPr>
                <w:rFonts w:ascii="Open Sans" w:hAnsi="Open Sans" w:cs="Open Sans"/>
                <w:noProof/>
                <w:lang w:val="pl-PL"/>
              </w:rPr>
            </w:pPr>
            <w:r w:rsidRPr="00EE7170">
              <w:rPr>
                <w:rFonts w:ascii="Open Sans" w:hAnsi="Open Sans" w:cs="Open Sans"/>
                <w:noProof/>
                <w:lang w:val="pl-PL"/>
              </w:rPr>
              <w:t>Kubatura</w:t>
            </w:r>
          </w:p>
        </w:tc>
        <w:tc>
          <w:tcPr>
            <w:tcW w:w="4220" w:type="dxa"/>
            <w:tcBorders>
              <w:top w:val="single" w:sz="4" w:space="0" w:color="A6A6A6"/>
              <w:left w:val="single" w:sz="4" w:space="0" w:color="A6A6A6"/>
              <w:bottom w:val="single" w:sz="4" w:space="0" w:color="A6A6A6"/>
              <w:right w:val="single" w:sz="4" w:space="0" w:color="A6A6A6"/>
            </w:tcBorders>
            <w:shd w:val="clear" w:color="auto" w:fill="F3F4F5"/>
          </w:tcPr>
          <w:p w14:paraId="2197EDCF" w14:textId="0F19AA8C" w:rsidR="006B2E89" w:rsidRPr="00EE7170" w:rsidRDefault="006B2E89">
            <w:pPr>
              <w:spacing w:before="40"/>
              <w:rPr>
                <w:rFonts w:ascii="Open Sans" w:hAnsi="Open Sans" w:cs="Open Sans"/>
                <w:noProof/>
                <w:lang w:val="pl-PL"/>
              </w:rPr>
            </w:pPr>
          </w:p>
        </w:tc>
        <w:tc>
          <w:tcPr>
            <w:tcW w:w="1275" w:type="dxa"/>
            <w:tcBorders>
              <w:top w:val="single" w:sz="4" w:space="0" w:color="A6A6A6"/>
              <w:left w:val="single" w:sz="4" w:space="0" w:color="A6A6A6"/>
              <w:bottom w:val="single" w:sz="4" w:space="0" w:color="A6A6A6"/>
              <w:right w:val="single" w:sz="4" w:space="0" w:color="A6A6A6"/>
            </w:tcBorders>
          </w:tcPr>
          <w:p w14:paraId="5C8AE109" w14:textId="77777777" w:rsidR="006B2E89" w:rsidRPr="00EE7170" w:rsidRDefault="006B2E89">
            <w:pPr>
              <w:spacing w:before="40"/>
              <w:rPr>
                <w:rFonts w:ascii="Open Sans" w:hAnsi="Open Sans" w:cs="Open Sans"/>
                <w:noProof/>
                <w:lang w:val="pl-PL"/>
              </w:rPr>
            </w:pPr>
            <w:r w:rsidRPr="00EE7170">
              <w:rPr>
                <w:rFonts w:ascii="Open Sans" w:hAnsi="Open Sans" w:cs="Open Sans"/>
                <w:noProof/>
                <w:lang w:val="pl-PL"/>
              </w:rPr>
              <w:t>m³</w:t>
            </w:r>
          </w:p>
        </w:tc>
      </w:tr>
      <w:tr w:rsidR="006B2E89" w:rsidRPr="00EE7170" w14:paraId="6654B1FC" w14:textId="77777777" w:rsidTr="006B2E89">
        <w:trPr>
          <w:cantSplit/>
        </w:trPr>
        <w:tc>
          <w:tcPr>
            <w:tcW w:w="4706" w:type="dxa"/>
            <w:tcBorders>
              <w:top w:val="single" w:sz="4" w:space="0" w:color="A6A6A6"/>
              <w:left w:val="single" w:sz="4" w:space="0" w:color="A6A6A6"/>
              <w:bottom w:val="single" w:sz="4" w:space="0" w:color="A6A6A6"/>
              <w:right w:val="single" w:sz="4" w:space="0" w:color="A6A6A6"/>
            </w:tcBorders>
          </w:tcPr>
          <w:p w14:paraId="1B15B24B" w14:textId="77777777" w:rsidR="006B2E89" w:rsidRPr="00EE7170" w:rsidRDefault="006B2E89">
            <w:pPr>
              <w:spacing w:before="40"/>
              <w:rPr>
                <w:rFonts w:ascii="Open Sans" w:hAnsi="Open Sans" w:cs="Open Sans"/>
                <w:noProof/>
                <w:lang w:val="pl-PL"/>
              </w:rPr>
            </w:pPr>
            <w:r w:rsidRPr="00EE7170">
              <w:rPr>
                <w:rFonts w:ascii="Open Sans" w:hAnsi="Open Sans" w:cs="Open Sans"/>
                <w:noProof/>
                <w:lang w:val="pl-PL"/>
              </w:rPr>
              <w:t>Pow. użytkowa</w:t>
            </w:r>
          </w:p>
        </w:tc>
        <w:tc>
          <w:tcPr>
            <w:tcW w:w="4220" w:type="dxa"/>
            <w:tcBorders>
              <w:top w:val="single" w:sz="4" w:space="0" w:color="A6A6A6"/>
              <w:left w:val="single" w:sz="4" w:space="0" w:color="A6A6A6"/>
              <w:bottom w:val="single" w:sz="4" w:space="0" w:color="A6A6A6"/>
              <w:right w:val="single" w:sz="4" w:space="0" w:color="A6A6A6"/>
            </w:tcBorders>
            <w:shd w:val="clear" w:color="auto" w:fill="F3F4F5"/>
          </w:tcPr>
          <w:p w14:paraId="2A65B58C" w14:textId="197C28CC" w:rsidR="006B2E89" w:rsidRPr="00EE7170" w:rsidRDefault="006B2E89">
            <w:pPr>
              <w:spacing w:before="40"/>
              <w:rPr>
                <w:rFonts w:ascii="Open Sans" w:hAnsi="Open Sans" w:cs="Open Sans"/>
                <w:noProof/>
                <w:lang w:val="pl-PL"/>
              </w:rPr>
            </w:pPr>
          </w:p>
        </w:tc>
        <w:tc>
          <w:tcPr>
            <w:tcW w:w="1275" w:type="dxa"/>
            <w:tcBorders>
              <w:top w:val="single" w:sz="4" w:space="0" w:color="A6A6A6"/>
              <w:left w:val="single" w:sz="4" w:space="0" w:color="A6A6A6"/>
              <w:bottom w:val="single" w:sz="4" w:space="0" w:color="A6A6A6"/>
              <w:right w:val="single" w:sz="4" w:space="0" w:color="A6A6A6"/>
            </w:tcBorders>
          </w:tcPr>
          <w:p w14:paraId="1AF28E95" w14:textId="77777777" w:rsidR="006B2E89" w:rsidRPr="00EE7170" w:rsidRDefault="006B2E89">
            <w:pPr>
              <w:spacing w:before="40"/>
              <w:rPr>
                <w:rFonts w:ascii="Open Sans" w:hAnsi="Open Sans" w:cs="Open Sans"/>
                <w:noProof/>
                <w:lang w:val="pl-PL"/>
              </w:rPr>
            </w:pPr>
            <w:r w:rsidRPr="00EE7170">
              <w:rPr>
                <w:rFonts w:ascii="Open Sans" w:hAnsi="Open Sans" w:cs="Open Sans"/>
                <w:noProof/>
                <w:lang w:val="pl-PL"/>
              </w:rPr>
              <w:t>m²</w:t>
            </w:r>
          </w:p>
        </w:tc>
      </w:tr>
      <w:tr w:rsidR="006B2E89" w:rsidRPr="00EE7170" w14:paraId="4A972B9B" w14:textId="77777777" w:rsidTr="006B2E89">
        <w:trPr>
          <w:cantSplit/>
        </w:trPr>
        <w:tc>
          <w:tcPr>
            <w:tcW w:w="4706" w:type="dxa"/>
            <w:tcBorders>
              <w:top w:val="single" w:sz="4" w:space="0" w:color="A6A6A6"/>
              <w:left w:val="single" w:sz="4" w:space="0" w:color="A6A6A6"/>
              <w:bottom w:val="single" w:sz="4" w:space="0" w:color="A6A6A6"/>
              <w:right w:val="single" w:sz="4" w:space="0" w:color="A6A6A6"/>
            </w:tcBorders>
          </w:tcPr>
          <w:p w14:paraId="5A3CF1CD" w14:textId="77777777" w:rsidR="006B2E89" w:rsidRPr="00EE7170" w:rsidRDefault="006B2E89">
            <w:pPr>
              <w:spacing w:before="40"/>
              <w:rPr>
                <w:rFonts w:ascii="Open Sans" w:hAnsi="Open Sans" w:cs="Open Sans"/>
                <w:noProof/>
                <w:lang w:val="pl-PL"/>
              </w:rPr>
            </w:pPr>
            <w:r w:rsidRPr="00EE7170">
              <w:rPr>
                <w:rFonts w:ascii="Open Sans" w:hAnsi="Open Sans" w:cs="Open Sans"/>
                <w:noProof/>
                <w:lang w:val="pl-PL"/>
              </w:rPr>
              <w:t>Liczba kondygnacji</w:t>
            </w:r>
          </w:p>
        </w:tc>
        <w:tc>
          <w:tcPr>
            <w:tcW w:w="4220" w:type="dxa"/>
            <w:tcBorders>
              <w:top w:val="single" w:sz="4" w:space="0" w:color="A6A6A6"/>
              <w:left w:val="single" w:sz="4" w:space="0" w:color="A6A6A6"/>
              <w:bottom w:val="single" w:sz="4" w:space="0" w:color="A6A6A6"/>
              <w:right w:val="single" w:sz="4" w:space="0" w:color="A6A6A6"/>
            </w:tcBorders>
            <w:shd w:val="clear" w:color="auto" w:fill="F3F4F5"/>
          </w:tcPr>
          <w:p w14:paraId="6F153CD5" w14:textId="6B533732" w:rsidR="006B2E89" w:rsidRPr="00EE7170" w:rsidRDefault="006B2E89" w:rsidP="00717788">
            <w:pPr>
              <w:spacing w:before="40"/>
              <w:ind w:right="2506"/>
              <w:rPr>
                <w:rFonts w:ascii="Open Sans" w:hAnsi="Open Sans" w:cs="Open Sans"/>
                <w:noProof/>
                <w:lang w:val="pl-PL"/>
              </w:rPr>
            </w:pPr>
          </w:p>
        </w:tc>
        <w:tc>
          <w:tcPr>
            <w:tcW w:w="1275" w:type="dxa"/>
            <w:tcBorders>
              <w:top w:val="single" w:sz="4" w:space="0" w:color="A6A6A6"/>
              <w:left w:val="single" w:sz="4" w:space="0" w:color="A6A6A6"/>
              <w:bottom w:val="single" w:sz="4" w:space="0" w:color="A6A6A6"/>
              <w:right w:val="single" w:sz="4" w:space="0" w:color="A6A6A6"/>
            </w:tcBorders>
          </w:tcPr>
          <w:p w14:paraId="1CCB9EC8" w14:textId="77777777" w:rsidR="006B2E89" w:rsidRPr="00EE7170" w:rsidRDefault="006B2E89">
            <w:pPr>
              <w:spacing w:before="40"/>
              <w:rPr>
                <w:rFonts w:ascii="Open Sans" w:hAnsi="Open Sans" w:cs="Open Sans"/>
                <w:noProof/>
                <w:lang w:val="pl-PL"/>
              </w:rPr>
            </w:pPr>
            <w:r w:rsidRPr="00EE7170">
              <w:rPr>
                <w:rFonts w:ascii="Open Sans" w:hAnsi="Open Sans" w:cs="Open Sans"/>
                <w:noProof/>
                <w:lang w:val="pl-PL"/>
              </w:rPr>
              <w:t>-</w:t>
            </w:r>
          </w:p>
        </w:tc>
      </w:tr>
      <w:tr w:rsidR="006B2E89" w:rsidRPr="00EE7170" w14:paraId="20D3D3EB" w14:textId="77777777" w:rsidTr="006B2E89">
        <w:trPr>
          <w:cantSplit/>
        </w:trPr>
        <w:tc>
          <w:tcPr>
            <w:tcW w:w="4706" w:type="dxa"/>
            <w:tcBorders>
              <w:top w:val="single" w:sz="4" w:space="0" w:color="A6A6A6"/>
              <w:left w:val="single" w:sz="4" w:space="0" w:color="A6A6A6"/>
              <w:bottom w:val="single" w:sz="4" w:space="0" w:color="A6A6A6"/>
              <w:right w:val="single" w:sz="4" w:space="0" w:color="A6A6A6"/>
            </w:tcBorders>
          </w:tcPr>
          <w:p w14:paraId="2470C80E" w14:textId="77777777" w:rsidR="006B2E89" w:rsidRPr="00EE7170" w:rsidRDefault="006B2E89">
            <w:pPr>
              <w:spacing w:before="40"/>
              <w:rPr>
                <w:rFonts w:ascii="Open Sans" w:hAnsi="Open Sans" w:cs="Open Sans"/>
                <w:noProof/>
                <w:lang w:val="pl-PL"/>
              </w:rPr>
            </w:pPr>
            <w:r w:rsidRPr="00EE7170">
              <w:rPr>
                <w:rFonts w:ascii="Open Sans" w:hAnsi="Open Sans" w:cs="Open Sans"/>
                <w:noProof/>
                <w:lang w:val="pl-PL"/>
              </w:rPr>
              <w:t>Przeznaczenie pomieszczeń</w:t>
            </w:r>
          </w:p>
        </w:tc>
        <w:tc>
          <w:tcPr>
            <w:tcW w:w="4220" w:type="dxa"/>
            <w:tcBorders>
              <w:top w:val="single" w:sz="4" w:space="0" w:color="A6A6A6"/>
              <w:left w:val="single" w:sz="4" w:space="0" w:color="A6A6A6"/>
              <w:bottom w:val="single" w:sz="4" w:space="0" w:color="A6A6A6"/>
              <w:right w:val="single" w:sz="4" w:space="0" w:color="A6A6A6"/>
            </w:tcBorders>
            <w:shd w:val="clear" w:color="auto" w:fill="F3F4F5"/>
          </w:tcPr>
          <w:p w14:paraId="15B78666" w14:textId="35AB4581" w:rsidR="006B2E89" w:rsidRPr="00EE7170" w:rsidRDefault="006B2E89">
            <w:pPr>
              <w:spacing w:before="40"/>
              <w:rPr>
                <w:rFonts w:ascii="Open Sans" w:hAnsi="Open Sans" w:cs="Open Sans"/>
                <w:noProof/>
                <w:lang w:val="pl-PL"/>
              </w:rPr>
            </w:pPr>
          </w:p>
        </w:tc>
        <w:tc>
          <w:tcPr>
            <w:tcW w:w="1275" w:type="dxa"/>
            <w:tcBorders>
              <w:top w:val="single" w:sz="4" w:space="0" w:color="A6A6A6"/>
              <w:left w:val="single" w:sz="4" w:space="0" w:color="A6A6A6"/>
              <w:bottom w:val="single" w:sz="4" w:space="0" w:color="A6A6A6"/>
              <w:right w:val="single" w:sz="4" w:space="0" w:color="A6A6A6"/>
            </w:tcBorders>
            <w:shd w:val="clear" w:color="auto" w:fill="F3F4F5"/>
          </w:tcPr>
          <w:p w14:paraId="3CABAB35" w14:textId="77777777" w:rsidR="006B2E89" w:rsidRPr="00EE7170" w:rsidRDefault="006B2E89">
            <w:pPr>
              <w:spacing w:before="40"/>
              <w:rPr>
                <w:rFonts w:ascii="Open Sans" w:hAnsi="Open Sans" w:cs="Open Sans"/>
                <w:noProof/>
                <w:lang w:val="pl-PL"/>
              </w:rPr>
            </w:pPr>
          </w:p>
        </w:tc>
      </w:tr>
    </w:tbl>
    <w:p w14:paraId="797592AB" w14:textId="77777777" w:rsidR="0090250E" w:rsidRPr="00EE7170" w:rsidRDefault="00000000">
      <w:pPr>
        <w:keepNext/>
        <w:spacing w:before="100"/>
        <w:rPr>
          <w:rFonts w:ascii="Open Sans" w:hAnsi="Open Sans" w:cs="Open Sans"/>
          <w:noProof/>
          <w:lang w:val="pl-PL"/>
        </w:rPr>
      </w:pPr>
      <w:r w:rsidRPr="00EE7170">
        <w:rPr>
          <w:rFonts w:ascii="Open Sans" w:hAnsi="Open Sans" w:cs="Open Sans"/>
          <w:b/>
          <w:noProof/>
          <w:sz w:val="20"/>
          <w:lang w:val="pl-PL"/>
        </w:rPr>
        <w:t>6. TERMIN LUB HARMONOGRAM ROZPOCZĘCIA POBORU CIEPŁA</w:t>
      </w:r>
    </w:p>
    <w:tbl>
      <w:tblPr>
        <w:tblW w:w="0" w:type="auto"/>
        <w:tblLayout w:type="fixed"/>
        <w:tblLook w:val="04A0" w:firstRow="1" w:lastRow="0" w:firstColumn="1" w:lastColumn="0" w:noHBand="0" w:noVBand="1"/>
      </w:tblPr>
      <w:tblGrid>
        <w:gridCol w:w="10205"/>
      </w:tblGrid>
      <w:tr w:rsidR="0090250E" w:rsidRPr="00EE7170" w14:paraId="4ABED220" w14:textId="77777777">
        <w:trPr>
          <w:cantSplit/>
        </w:trPr>
        <w:tc>
          <w:tcPr>
            <w:tcW w:w="10205" w:type="dxa"/>
            <w:tcBorders>
              <w:top w:val="single" w:sz="4" w:space="0" w:color="A6A6A6"/>
              <w:left w:val="single" w:sz="4" w:space="0" w:color="A6A6A6"/>
              <w:bottom w:val="single" w:sz="4" w:space="0" w:color="A6A6A6"/>
              <w:right w:val="single" w:sz="4" w:space="0" w:color="A6A6A6"/>
            </w:tcBorders>
          </w:tcPr>
          <w:p w14:paraId="2E88A215" w14:textId="77777777" w:rsidR="0090250E" w:rsidRPr="00EE7170" w:rsidRDefault="00000000">
            <w:pPr>
              <w:spacing w:before="40"/>
              <w:rPr>
                <w:rFonts w:ascii="Open Sans" w:hAnsi="Open Sans" w:cs="Open Sans"/>
                <w:noProof/>
                <w:lang w:val="pl-PL"/>
              </w:rPr>
            </w:pPr>
            <w:r w:rsidRPr="00EE7170">
              <w:rPr>
                <w:rFonts w:ascii="Open Sans" w:hAnsi="Open Sans" w:cs="Open Sans"/>
                <w:noProof/>
                <w:lang w:val="pl-PL"/>
              </w:rPr>
              <w:br/>
            </w:r>
          </w:p>
        </w:tc>
      </w:tr>
    </w:tbl>
    <w:p w14:paraId="158FEEF1" w14:textId="77777777" w:rsidR="0090250E" w:rsidRPr="00EE7170" w:rsidRDefault="00000000">
      <w:pPr>
        <w:keepNext/>
        <w:spacing w:before="100"/>
        <w:rPr>
          <w:rFonts w:ascii="Open Sans" w:hAnsi="Open Sans" w:cs="Open Sans"/>
          <w:noProof/>
          <w:lang w:val="pl-PL"/>
        </w:rPr>
      </w:pPr>
      <w:r w:rsidRPr="00EE7170">
        <w:rPr>
          <w:rFonts w:ascii="Open Sans" w:hAnsi="Open Sans" w:cs="Open Sans"/>
          <w:b/>
          <w:noProof/>
          <w:sz w:val="20"/>
          <w:lang w:val="pl-PL"/>
        </w:rPr>
        <w:t>7. DOTYCHCZASOWE ŹRÓDŁO CIEPŁA DLA OBIEKTU ISTNIEJĄCEGO</w:t>
      </w:r>
    </w:p>
    <w:tbl>
      <w:tblPr>
        <w:tblW w:w="0" w:type="auto"/>
        <w:tblLayout w:type="fixed"/>
        <w:tblLook w:val="04A0" w:firstRow="1" w:lastRow="0" w:firstColumn="1" w:lastColumn="0" w:noHBand="0" w:noVBand="1"/>
      </w:tblPr>
      <w:tblGrid>
        <w:gridCol w:w="10205"/>
      </w:tblGrid>
      <w:tr w:rsidR="0090250E" w:rsidRPr="00EE7170" w14:paraId="007E8714" w14:textId="77777777">
        <w:trPr>
          <w:cantSplit/>
        </w:trPr>
        <w:tc>
          <w:tcPr>
            <w:tcW w:w="10205" w:type="dxa"/>
            <w:tcBorders>
              <w:top w:val="single" w:sz="4" w:space="0" w:color="A6A6A6"/>
              <w:left w:val="single" w:sz="4" w:space="0" w:color="A6A6A6"/>
              <w:bottom w:val="single" w:sz="4" w:space="0" w:color="A6A6A6"/>
              <w:right w:val="single" w:sz="4" w:space="0" w:color="A6A6A6"/>
            </w:tcBorders>
          </w:tcPr>
          <w:p w14:paraId="4DCE5ACF" w14:textId="77777777" w:rsidR="0090250E" w:rsidRPr="00EE7170" w:rsidRDefault="00000000">
            <w:pPr>
              <w:spacing w:before="40"/>
              <w:rPr>
                <w:rFonts w:ascii="Open Sans" w:hAnsi="Open Sans" w:cs="Open Sans"/>
                <w:noProof/>
                <w:lang w:val="pl-PL"/>
              </w:rPr>
            </w:pPr>
            <w:r w:rsidRPr="00EE7170">
              <w:rPr>
                <w:rFonts w:ascii="Open Sans" w:hAnsi="Open Sans" w:cs="Open Sans"/>
                <w:noProof/>
                <w:lang w:val="pl-PL"/>
              </w:rPr>
              <w:br/>
            </w:r>
          </w:p>
        </w:tc>
      </w:tr>
    </w:tbl>
    <w:p w14:paraId="1DB49FD9" w14:textId="77777777" w:rsidR="002377FD" w:rsidRPr="00EE7170" w:rsidRDefault="00000000" w:rsidP="002377FD">
      <w:pPr>
        <w:keepNext/>
        <w:spacing w:before="100"/>
        <w:rPr>
          <w:rFonts w:ascii="Open Sans" w:hAnsi="Open Sans" w:cs="Open Sans"/>
          <w:noProof/>
          <w:lang w:val="pl-PL"/>
        </w:rPr>
      </w:pPr>
      <w:r w:rsidRPr="00EE7170">
        <w:rPr>
          <w:rFonts w:ascii="Open Sans" w:hAnsi="Open Sans" w:cs="Open Sans"/>
          <w:b/>
          <w:noProof/>
          <w:sz w:val="20"/>
          <w:lang w:val="pl-PL"/>
        </w:rPr>
        <w:t>8. ZAŁĄCZNIKI, KTÓRE NALEŻY DOŁĄCZYĆ DO WNIOSKU</w:t>
      </w:r>
    </w:p>
    <w:p w14:paraId="4829CC45" w14:textId="2C14A466" w:rsidR="0090250E" w:rsidRPr="00EE7170" w:rsidRDefault="00000000" w:rsidP="009C43E6">
      <w:pPr>
        <w:pStyle w:val="Akapitzlist"/>
        <w:keepNext/>
        <w:numPr>
          <w:ilvl w:val="0"/>
          <w:numId w:val="12"/>
        </w:numPr>
        <w:spacing w:before="100"/>
        <w:jc w:val="both"/>
        <w:rPr>
          <w:rFonts w:ascii="Open Sans" w:hAnsi="Open Sans" w:cs="Open Sans"/>
          <w:noProof/>
          <w:lang w:val="pl-PL"/>
        </w:rPr>
      </w:pPr>
      <w:r w:rsidRPr="00EE7170">
        <w:rPr>
          <w:rFonts w:ascii="Open Sans" w:hAnsi="Open Sans" w:cs="Open Sans"/>
          <w:noProof/>
          <w:lang w:val="pl-PL"/>
        </w:rPr>
        <w:t xml:space="preserve">pełnomocnictwo Wnioskodawcy (w przypadku wnioskowania przez Pełnomocnika), jeżeli Wnioskodawcą jest Wspólnota Mieszkaniowa, występujący w imieniu Wspólnoty zarząd winien dołączyć decyzję o jego powołaniu </w:t>
      </w:r>
      <w:r w:rsidR="006B2E89" w:rsidRPr="00EE7170">
        <w:rPr>
          <w:rFonts w:ascii="Open Sans" w:hAnsi="Open Sans" w:cs="Open Sans"/>
          <w:noProof/>
          <w:lang w:val="pl-PL"/>
        </w:rPr>
        <w:br/>
      </w:r>
      <w:r w:rsidRPr="00EE7170">
        <w:rPr>
          <w:rFonts w:ascii="Open Sans" w:hAnsi="Open Sans" w:cs="Open Sans"/>
          <w:noProof/>
          <w:lang w:val="pl-PL"/>
        </w:rPr>
        <w:t>w formie uchwały;</w:t>
      </w:r>
    </w:p>
    <w:p w14:paraId="068E4155" w14:textId="1763AE64" w:rsidR="0090250E" w:rsidRPr="00EE7170" w:rsidRDefault="00000000" w:rsidP="009C43E6">
      <w:pPr>
        <w:pStyle w:val="Akapitzlist"/>
        <w:numPr>
          <w:ilvl w:val="0"/>
          <w:numId w:val="12"/>
        </w:numPr>
        <w:spacing w:after="60"/>
        <w:jc w:val="both"/>
        <w:rPr>
          <w:rFonts w:ascii="Open Sans" w:hAnsi="Open Sans" w:cs="Open Sans"/>
          <w:noProof/>
          <w:lang w:val="pl-PL"/>
        </w:rPr>
      </w:pPr>
      <w:r w:rsidRPr="00EE7170">
        <w:rPr>
          <w:rFonts w:ascii="Open Sans" w:hAnsi="Open Sans" w:cs="Open Sans"/>
          <w:noProof/>
          <w:lang w:val="pl-PL"/>
        </w:rPr>
        <w:t xml:space="preserve">plan zabudowy lub szkic sytuacyjny, określający usytuowanie obiektu, do którego będzie dostarczane ciepło, </w:t>
      </w:r>
      <w:r w:rsidR="00717788" w:rsidRPr="00EE7170">
        <w:rPr>
          <w:rFonts w:ascii="Open Sans" w:hAnsi="Open Sans" w:cs="Open Sans"/>
          <w:noProof/>
          <w:lang w:val="pl-PL"/>
        </w:rPr>
        <w:br/>
      </w:r>
      <w:r w:rsidRPr="00EE7170">
        <w:rPr>
          <w:rFonts w:ascii="Open Sans" w:hAnsi="Open Sans" w:cs="Open Sans"/>
          <w:noProof/>
          <w:lang w:val="pl-PL"/>
        </w:rPr>
        <w:t>w stosunku do istniejącej sieci ciepłowniczej oraz innych obiektów i urządzeń uzbrojenia terenu;</w:t>
      </w:r>
    </w:p>
    <w:p w14:paraId="1A6D15F9" w14:textId="72934CB0" w:rsidR="0090250E" w:rsidRPr="00EE7170" w:rsidRDefault="00000000" w:rsidP="009C43E6">
      <w:pPr>
        <w:pStyle w:val="Akapitzlist"/>
        <w:numPr>
          <w:ilvl w:val="0"/>
          <w:numId w:val="12"/>
        </w:numPr>
        <w:spacing w:after="60"/>
        <w:jc w:val="both"/>
        <w:rPr>
          <w:rFonts w:ascii="Open Sans" w:hAnsi="Open Sans" w:cs="Open Sans"/>
          <w:noProof/>
          <w:lang w:val="pl-PL"/>
        </w:rPr>
      </w:pPr>
      <w:r w:rsidRPr="00EE7170">
        <w:rPr>
          <w:rFonts w:ascii="Open Sans" w:hAnsi="Open Sans" w:cs="Open Sans"/>
          <w:noProof/>
          <w:lang w:val="pl-PL"/>
        </w:rPr>
        <w:t>harmonogram poboru mocy cieplnej w przypadku odbioru ciepła dla celów technologicznych;</w:t>
      </w:r>
    </w:p>
    <w:p w14:paraId="65F0BEDB" w14:textId="724AD7F7" w:rsidR="0090250E" w:rsidRPr="00EE7170" w:rsidRDefault="00000000" w:rsidP="009C43E6">
      <w:pPr>
        <w:pStyle w:val="Akapitzlist"/>
        <w:numPr>
          <w:ilvl w:val="0"/>
          <w:numId w:val="12"/>
        </w:numPr>
        <w:spacing w:after="60"/>
        <w:jc w:val="both"/>
        <w:rPr>
          <w:rFonts w:ascii="Open Sans" w:hAnsi="Open Sans" w:cs="Open Sans"/>
          <w:noProof/>
          <w:lang w:val="pl-PL"/>
        </w:rPr>
      </w:pPr>
      <w:r w:rsidRPr="00EE7170">
        <w:rPr>
          <w:rFonts w:ascii="Open Sans" w:hAnsi="Open Sans" w:cs="Open Sans"/>
          <w:noProof/>
          <w:lang w:val="pl-PL"/>
        </w:rPr>
        <w:t>informacja o wynikach audytu energetycznego lub charakterystyka energetyczna budynku, lub świadectwo charakterystyki energetycznej - w przypadku istniejących budynków.</w:t>
      </w:r>
    </w:p>
    <w:p w14:paraId="5FD6C9BF" w14:textId="77777777" w:rsidR="0090250E" w:rsidRPr="00EE7170" w:rsidRDefault="00000000">
      <w:pPr>
        <w:keepNext/>
        <w:spacing w:before="100"/>
        <w:rPr>
          <w:rFonts w:ascii="Open Sans" w:hAnsi="Open Sans" w:cs="Open Sans"/>
          <w:noProof/>
          <w:lang w:val="pl-PL"/>
        </w:rPr>
      </w:pPr>
      <w:r w:rsidRPr="00EE7170">
        <w:rPr>
          <w:rFonts w:ascii="Open Sans" w:hAnsi="Open Sans" w:cs="Open Sans"/>
          <w:b/>
          <w:noProof/>
          <w:sz w:val="20"/>
          <w:lang w:val="pl-PL"/>
        </w:rPr>
        <w:t>9. DODATKOWE INFORMACJE LUB UWAGI WNIOSKODAWCY</w:t>
      </w:r>
    </w:p>
    <w:tbl>
      <w:tblPr>
        <w:tblW w:w="0" w:type="auto"/>
        <w:tblLayout w:type="fixed"/>
        <w:tblLook w:val="04A0" w:firstRow="1" w:lastRow="0" w:firstColumn="1" w:lastColumn="0" w:noHBand="0" w:noVBand="1"/>
      </w:tblPr>
      <w:tblGrid>
        <w:gridCol w:w="10205"/>
      </w:tblGrid>
      <w:tr w:rsidR="0090250E" w:rsidRPr="00EE7170" w14:paraId="6EDC926C" w14:textId="77777777">
        <w:trPr>
          <w:cantSplit/>
        </w:trPr>
        <w:tc>
          <w:tcPr>
            <w:tcW w:w="10205" w:type="dxa"/>
            <w:tcBorders>
              <w:top w:val="single" w:sz="4" w:space="0" w:color="A6A6A6"/>
              <w:left w:val="single" w:sz="4" w:space="0" w:color="A6A6A6"/>
              <w:bottom w:val="single" w:sz="4" w:space="0" w:color="A6A6A6"/>
              <w:right w:val="single" w:sz="4" w:space="0" w:color="A6A6A6"/>
            </w:tcBorders>
          </w:tcPr>
          <w:p w14:paraId="4E069DB2" w14:textId="77777777" w:rsidR="0090250E" w:rsidRPr="00EE7170" w:rsidRDefault="00000000">
            <w:pPr>
              <w:spacing w:before="40"/>
              <w:rPr>
                <w:rFonts w:ascii="Open Sans" w:hAnsi="Open Sans" w:cs="Open Sans"/>
                <w:noProof/>
                <w:lang w:val="pl-PL"/>
              </w:rPr>
            </w:pPr>
            <w:r w:rsidRPr="00EE7170">
              <w:rPr>
                <w:rFonts w:ascii="Open Sans" w:hAnsi="Open Sans" w:cs="Open Sans"/>
                <w:noProof/>
                <w:lang w:val="pl-PL"/>
              </w:rPr>
              <w:br/>
            </w:r>
            <w:r w:rsidRPr="00EE7170">
              <w:rPr>
                <w:rFonts w:ascii="Open Sans" w:hAnsi="Open Sans" w:cs="Open Sans"/>
                <w:noProof/>
                <w:lang w:val="pl-PL"/>
              </w:rPr>
              <w:br/>
            </w:r>
          </w:p>
        </w:tc>
      </w:tr>
    </w:tbl>
    <w:p w14:paraId="6E108D64" w14:textId="77777777" w:rsidR="007E050D" w:rsidRPr="00EE7170" w:rsidRDefault="007E050D">
      <w:pPr>
        <w:rPr>
          <w:rFonts w:ascii="Open Sans" w:hAnsi="Open Sans" w:cs="Open Sans"/>
          <w:noProof/>
          <w:lang w:val="pl-PL"/>
        </w:rPr>
      </w:pPr>
    </w:p>
    <w:p w14:paraId="0E1911EA" w14:textId="77777777" w:rsidR="00F614D4" w:rsidRPr="00EE7170" w:rsidRDefault="00F614D4">
      <w:pPr>
        <w:rPr>
          <w:rFonts w:ascii="Open Sans" w:hAnsi="Open Sans" w:cs="Open Sans"/>
          <w:noProof/>
          <w:lang w:val="pl-PL"/>
        </w:rPr>
      </w:pPr>
    </w:p>
    <w:p w14:paraId="73EA9ED2" w14:textId="36D114D5" w:rsidR="0090250E" w:rsidRPr="00EE7170" w:rsidRDefault="00000000">
      <w:pPr>
        <w:rPr>
          <w:rFonts w:ascii="Open Sans" w:hAnsi="Open Sans" w:cs="Open Sans"/>
          <w:noProof/>
          <w:lang w:val="pl-PL"/>
        </w:rPr>
      </w:pPr>
      <w:r w:rsidRPr="00EE7170">
        <w:rPr>
          <w:rFonts w:ascii="Open Sans" w:hAnsi="Open Sans" w:cs="Open Sans"/>
          <w:noProof/>
          <w:lang w:val="pl-PL"/>
        </w:rPr>
        <w:br/>
        <w:t>Dębica, dnia ..................................</w:t>
      </w:r>
    </w:p>
    <w:p w14:paraId="0ADBD222" w14:textId="77777777" w:rsidR="0090250E" w:rsidRPr="00EE7170" w:rsidRDefault="00000000">
      <w:pPr>
        <w:jc w:val="right"/>
        <w:rPr>
          <w:rFonts w:ascii="Open Sans" w:hAnsi="Open Sans" w:cs="Open Sans"/>
          <w:noProof/>
          <w:lang w:val="pl-PL"/>
        </w:rPr>
      </w:pPr>
      <w:r w:rsidRPr="00EE7170">
        <w:rPr>
          <w:rFonts w:ascii="Open Sans" w:hAnsi="Open Sans" w:cs="Open Sans"/>
          <w:noProof/>
          <w:lang w:val="pl-PL"/>
        </w:rPr>
        <w:br/>
        <w:t>........................................................................................................</w:t>
      </w:r>
    </w:p>
    <w:p w14:paraId="2E190EEF" w14:textId="114A3B7B" w:rsidR="0090250E" w:rsidRPr="00EE7170" w:rsidRDefault="00000000">
      <w:pPr>
        <w:jc w:val="right"/>
        <w:rPr>
          <w:rFonts w:ascii="Open Sans" w:hAnsi="Open Sans" w:cs="Open Sans"/>
          <w:noProof/>
          <w:sz w:val="16"/>
          <w:lang w:val="pl-PL"/>
        </w:rPr>
      </w:pPr>
      <w:r w:rsidRPr="00EE7170">
        <w:rPr>
          <w:rFonts w:ascii="Open Sans" w:hAnsi="Open Sans" w:cs="Open Sans"/>
          <w:noProof/>
          <w:sz w:val="16"/>
          <w:lang w:val="pl-PL"/>
        </w:rPr>
        <w:t>Wnioskodawca - pieczęć, czytelny podpis</w:t>
      </w:r>
      <w:r w:rsidR="009C43E6" w:rsidRPr="00EE7170">
        <w:rPr>
          <w:rFonts w:ascii="Open Sans" w:hAnsi="Open Sans" w:cs="Open Sans"/>
          <w:noProof/>
          <w:sz w:val="16"/>
          <w:lang w:val="pl-PL"/>
        </w:rPr>
        <w:br/>
      </w:r>
    </w:p>
    <w:p w14:paraId="7A98FFD0" w14:textId="77777777" w:rsidR="009C43E6" w:rsidRPr="00EE7170" w:rsidRDefault="009C43E6">
      <w:pPr>
        <w:jc w:val="right"/>
        <w:rPr>
          <w:rFonts w:ascii="Open Sans" w:hAnsi="Open Sans" w:cs="Open Sans"/>
          <w:noProof/>
          <w:sz w:val="16"/>
          <w:lang w:val="pl-PL"/>
        </w:rPr>
      </w:pPr>
    </w:p>
    <w:p w14:paraId="7F402F6D" w14:textId="77777777" w:rsidR="009C43E6" w:rsidRPr="00EE7170" w:rsidRDefault="009C43E6">
      <w:pPr>
        <w:jc w:val="right"/>
        <w:rPr>
          <w:rFonts w:ascii="Open Sans" w:hAnsi="Open Sans" w:cs="Open Sans"/>
          <w:noProof/>
          <w:sz w:val="16"/>
          <w:lang w:val="pl-PL"/>
        </w:rPr>
      </w:pPr>
    </w:p>
    <w:p w14:paraId="2E74DC2E" w14:textId="542FA9E0" w:rsidR="009C43E6" w:rsidRPr="00EE7170" w:rsidRDefault="009C43E6">
      <w:pPr>
        <w:spacing w:after="200" w:line="276" w:lineRule="auto"/>
        <w:rPr>
          <w:rFonts w:ascii="Open Sans" w:hAnsi="Open Sans" w:cs="Open Sans"/>
          <w:noProof/>
          <w:sz w:val="16"/>
          <w:lang w:val="pl-PL"/>
        </w:rPr>
      </w:pPr>
      <w:r w:rsidRPr="00EE7170">
        <w:rPr>
          <w:rFonts w:ascii="Open Sans" w:hAnsi="Open Sans" w:cs="Open Sans"/>
          <w:noProof/>
          <w:sz w:val="16"/>
          <w:lang w:val="pl-PL"/>
        </w:rPr>
        <w:br w:type="page"/>
      </w:r>
    </w:p>
    <w:p w14:paraId="0795D42E" w14:textId="77777777" w:rsidR="00BD050A" w:rsidRPr="00EE7170" w:rsidRDefault="00BD050A" w:rsidP="00BD050A">
      <w:pPr>
        <w:rPr>
          <w:rFonts w:ascii="Open Sans" w:hAnsi="Open Sans" w:cs="Open Sans"/>
          <w:b/>
          <w:noProof/>
          <w:u w:val="single"/>
          <w:lang w:val="pl-PL"/>
        </w:rPr>
      </w:pPr>
      <w:r w:rsidRPr="00EE7170">
        <w:rPr>
          <w:rFonts w:ascii="Open Sans" w:hAnsi="Open Sans" w:cs="Open Sans"/>
          <w:b/>
          <w:noProof/>
          <w:u w:val="single"/>
          <w:lang w:val="pl-PL"/>
        </w:rPr>
        <w:lastRenderedPageBreak/>
        <w:t>Klauzula informacyjna</w:t>
      </w:r>
    </w:p>
    <w:p w14:paraId="19F995E5" w14:textId="77777777" w:rsidR="00BD050A" w:rsidRPr="00EE7170" w:rsidRDefault="00BD050A" w:rsidP="00BD050A">
      <w:pPr>
        <w:rPr>
          <w:rFonts w:ascii="Open Sans" w:hAnsi="Open Sans" w:cs="Open Sans"/>
          <w:noProof/>
          <w:lang w:val="pl-PL"/>
        </w:rPr>
      </w:pPr>
    </w:p>
    <w:p w14:paraId="16F839FA" w14:textId="3A8E6BA4" w:rsidR="00BD050A" w:rsidRPr="00EE7170" w:rsidRDefault="00BD050A" w:rsidP="00745D51">
      <w:pPr>
        <w:jc w:val="both"/>
        <w:rPr>
          <w:rFonts w:ascii="Open Sans" w:hAnsi="Open Sans" w:cs="Open Sans"/>
          <w:noProof/>
          <w:lang w:val="pl-PL"/>
        </w:rPr>
      </w:pPr>
      <w:r w:rsidRPr="00EE7170">
        <w:rPr>
          <w:rFonts w:ascii="Open Sans" w:hAnsi="Open Sans" w:cs="Open Sans"/>
          <w:noProof/>
          <w:lang w:val="pl-PL"/>
        </w:rPr>
        <w:t xml:space="preserve">Zgodnie z art. 13 ust. 1 i 2 Rozporządzenia Parlamentu Europejskiego i Rady (UE) 2016/679 z dnia 27 kwietnia 2016 r. </w:t>
      </w:r>
      <w:r w:rsidR="00745D51" w:rsidRPr="00EE7170">
        <w:rPr>
          <w:rFonts w:ascii="Open Sans" w:hAnsi="Open Sans" w:cs="Open Sans"/>
          <w:noProof/>
          <w:lang w:val="pl-PL"/>
        </w:rPr>
        <w:br/>
      </w:r>
      <w:r w:rsidRPr="00EE7170">
        <w:rPr>
          <w:rFonts w:ascii="Open Sans" w:hAnsi="Open Sans" w:cs="Open Sans"/>
          <w:noProof/>
          <w:lang w:val="pl-PL"/>
        </w:rPr>
        <w:t>w sprawie ochrony osób fizycznych w związku z przetwarzaniem danych osobowych i w sprawie swobodnego przepływu takich danych oraz uchylenia dyrektywy 95/46/WE (ogólne rozporządzenie o ochronie danych) informujemy, iż:</w:t>
      </w:r>
    </w:p>
    <w:p w14:paraId="4BD4DFBF" w14:textId="77777777" w:rsidR="00BD050A" w:rsidRPr="00EE7170" w:rsidRDefault="00BD050A" w:rsidP="00745D51">
      <w:pPr>
        <w:jc w:val="both"/>
        <w:rPr>
          <w:rFonts w:ascii="Open Sans" w:hAnsi="Open Sans" w:cs="Open Sans"/>
          <w:noProof/>
          <w:lang w:val="pl-PL"/>
        </w:rPr>
      </w:pPr>
    </w:p>
    <w:p w14:paraId="40987781" w14:textId="44B9BB9E" w:rsidR="00BD050A" w:rsidRPr="00EE7170" w:rsidRDefault="00BD050A" w:rsidP="00745D51">
      <w:pPr>
        <w:numPr>
          <w:ilvl w:val="0"/>
          <w:numId w:val="13"/>
        </w:numPr>
        <w:jc w:val="both"/>
        <w:rPr>
          <w:rFonts w:ascii="Open Sans" w:hAnsi="Open Sans" w:cs="Open Sans"/>
          <w:noProof/>
          <w:lang w:val="pl-PL"/>
        </w:rPr>
      </w:pPr>
      <w:r w:rsidRPr="00EE7170">
        <w:rPr>
          <w:rFonts w:ascii="Open Sans" w:hAnsi="Open Sans" w:cs="Open Sans"/>
          <w:noProof/>
          <w:lang w:val="pl-PL"/>
        </w:rPr>
        <w:t xml:space="preserve">Administratorem podanych danych osobowych jest Miejskie Przedsiębiorstwo Energetyki Cieplnej Sp. z o.o., </w:t>
      </w:r>
      <w:r w:rsidR="00745D51" w:rsidRPr="00EE7170">
        <w:rPr>
          <w:rFonts w:ascii="Open Sans" w:hAnsi="Open Sans" w:cs="Open Sans"/>
          <w:noProof/>
          <w:lang w:val="pl-PL"/>
        </w:rPr>
        <w:br/>
      </w:r>
      <w:r w:rsidRPr="00EE7170">
        <w:rPr>
          <w:rFonts w:ascii="Open Sans" w:hAnsi="Open Sans" w:cs="Open Sans"/>
          <w:noProof/>
          <w:lang w:val="pl-PL"/>
        </w:rPr>
        <w:t xml:space="preserve">z siedzibą: ul. Rzeczna 1A, 39-200 Dębica, tel. 14 682 74 43, e-mail: </w:t>
      </w:r>
      <w:hyperlink r:id="rId9" w:history="1">
        <w:r w:rsidRPr="00EE7170">
          <w:rPr>
            <w:rStyle w:val="Hipercze"/>
            <w:rFonts w:ascii="Open Sans" w:hAnsi="Open Sans" w:cs="Open Sans"/>
            <w:noProof/>
            <w:lang w:val="pl-PL"/>
          </w:rPr>
          <w:t>sekretariat@mpec-debica.pl</w:t>
        </w:r>
      </w:hyperlink>
      <w:r w:rsidRPr="00EE7170">
        <w:rPr>
          <w:rFonts w:ascii="Open Sans" w:hAnsi="Open Sans" w:cs="Open Sans"/>
          <w:noProof/>
          <w:lang w:val="pl-PL"/>
        </w:rPr>
        <w:t xml:space="preserve">. </w:t>
      </w:r>
    </w:p>
    <w:p w14:paraId="342D76E4" w14:textId="77777777" w:rsidR="00BD050A" w:rsidRPr="00EE7170" w:rsidRDefault="00BD050A" w:rsidP="00745D51">
      <w:pPr>
        <w:numPr>
          <w:ilvl w:val="0"/>
          <w:numId w:val="13"/>
        </w:numPr>
        <w:jc w:val="both"/>
        <w:rPr>
          <w:rFonts w:ascii="Open Sans" w:hAnsi="Open Sans" w:cs="Open Sans"/>
          <w:noProof/>
          <w:lang w:val="pl-PL"/>
        </w:rPr>
      </w:pPr>
      <w:r w:rsidRPr="00EE7170">
        <w:rPr>
          <w:rFonts w:ascii="Open Sans" w:hAnsi="Open Sans" w:cs="Open Sans"/>
          <w:noProof/>
          <w:lang w:val="pl-PL"/>
        </w:rPr>
        <w:t xml:space="preserve">Z inspektorem danych osobowych można kontaktować się pod adresem e-mail: </w:t>
      </w:r>
      <w:hyperlink r:id="rId10" w:history="1">
        <w:r w:rsidRPr="00EE7170">
          <w:rPr>
            <w:rStyle w:val="Hipercze"/>
            <w:rFonts w:ascii="Open Sans" w:hAnsi="Open Sans" w:cs="Open Sans"/>
            <w:noProof/>
            <w:lang w:val="pl-PL"/>
          </w:rPr>
          <w:t>iod@mpec-debica.pl</w:t>
        </w:r>
      </w:hyperlink>
      <w:r w:rsidRPr="00EE7170">
        <w:rPr>
          <w:rFonts w:ascii="Open Sans" w:hAnsi="Open Sans" w:cs="Open Sans"/>
          <w:noProof/>
          <w:lang w:val="pl-PL"/>
        </w:rPr>
        <w:t xml:space="preserve">.                      </w:t>
      </w:r>
    </w:p>
    <w:p w14:paraId="4F36D94D" w14:textId="77777777" w:rsidR="00BD050A" w:rsidRPr="00EE7170" w:rsidRDefault="00BD050A" w:rsidP="00745D51">
      <w:pPr>
        <w:numPr>
          <w:ilvl w:val="0"/>
          <w:numId w:val="13"/>
        </w:numPr>
        <w:jc w:val="both"/>
        <w:rPr>
          <w:rFonts w:ascii="Open Sans" w:hAnsi="Open Sans" w:cs="Open Sans"/>
          <w:noProof/>
          <w:lang w:val="pl-PL"/>
        </w:rPr>
      </w:pPr>
      <w:r w:rsidRPr="00EE7170">
        <w:rPr>
          <w:rFonts w:ascii="Open Sans" w:hAnsi="Open Sans" w:cs="Open Sans"/>
          <w:noProof/>
          <w:lang w:val="pl-PL"/>
        </w:rPr>
        <w:t>Pani/Pana dane osobowe przetwarzane będą przez Administratora, na podstawie:</w:t>
      </w:r>
    </w:p>
    <w:p w14:paraId="063B3BF6" w14:textId="77777777" w:rsidR="00BD050A" w:rsidRPr="00EE7170" w:rsidRDefault="00BD050A" w:rsidP="00745D51">
      <w:pPr>
        <w:jc w:val="both"/>
        <w:rPr>
          <w:rFonts w:ascii="Open Sans" w:hAnsi="Open Sans" w:cs="Open Sans"/>
          <w:noProof/>
          <w:lang w:val="pl-PL"/>
        </w:rPr>
      </w:pPr>
      <w:r w:rsidRPr="00EE7170">
        <w:rPr>
          <w:rFonts w:ascii="Open Sans" w:hAnsi="Open Sans" w:cs="Open Sans"/>
          <w:noProof/>
          <w:lang w:val="pl-PL"/>
        </w:rPr>
        <w:t xml:space="preserve">art. 6 ust. 1 lit. b) RODO – do podjęcia działań na żądanie osoby, której dane dotyczą przed zawarciem   </w:t>
      </w:r>
    </w:p>
    <w:p w14:paraId="29780FCE" w14:textId="77777777" w:rsidR="00BD050A" w:rsidRPr="00EE7170" w:rsidRDefault="00BD050A" w:rsidP="00745D51">
      <w:pPr>
        <w:jc w:val="both"/>
        <w:rPr>
          <w:rFonts w:ascii="Open Sans" w:hAnsi="Open Sans" w:cs="Open Sans"/>
          <w:noProof/>
          <w:lang w:val="pl-PL"/>
        </w:rPr>
      </w:pPr>
      <w:r w:rsidRPr="00EE7170">
        <w:rPr>
          <w:rFonts w:ascii="Open Sans" w:hAnsi="Open Sans" w:cs="Open Sans"/>
          <w:noProof/>
          <w:lang w:val="pl-PL"/>
        </w:rPr>
        <w:t>umowy (w tym rozpatrzenia wniosku o wydanie warunków technicznych przyłączenia do sieci ciepłowniczej),</w:t>
      </w:r>
    </w:p>
    <w:p w14:paraId="7E031797" w14:textId="77777777" w:rsidR="00BD050A" w:rsidRPr="00EE7170" w:rsidRDefault="00BD050A" w:rsidP="00745D51">
      <w:pPr>
        <w:jc w:val="both"/>
        <w:rPr>
          <w:rFonts w:ascii="Open Sans" w:hAnsi="Open Sans" w:cs="Open Sans"/>
          <w:noProof/>
          <w:lang w:val="pl-PL"/>
        </w:rPr>
      </w:pPr>
      <w:r w:rsidRPr="00EE7170">
        <w:rPr>
          <w:rFonts w:ascii="Open Sans" w:hAnsi="Open Sans" w:cs="Open Sans"/>
          <w:noProof/>
          <w:lang w:val="pl-PL"/>
        </w:rPr>
        <w:t>art. 6 ust. 1 lit. c) RODO do wypełnienia obowiązków prawnych ciążących na Administratorze – związanych z prowadzoną działalnością gospodarczą:</w:t>
      </w:r>
    </w:p>
    <w:p w14:paraId="57AD002D" w14:textId="77777777" w:rsidR="00BD050A" w:rsidRPr="00EE7170" w:rsidRDefault="00BD050A" w:rsidP="00745D51">
      <w:pPr>
        <w:numPr>
          <w:ilvl w:val="0"/>
          <w:numId w:val="14"/>
        </w:numPr>
        <w:jc w:val="both"/>
        <w:rPr>
          <w:rFonts w:ascii="Open Sans" w:hAnsi="Open Sans" w:cs="Open Sans"/>
          <w:bCs/>
          <w:noProof/>
          <w:lang w:val="pl-PL"/>
        </w:rPr>
      </w:pPr>
      <w:r w:rsidRPr="00EE7170">
        <w:rPr>
          <w:rFonts w:ascii="Open Sans" w:hAnsi="Open Sans" w:cs="Open Sans"/>
          <w:bCs/>
          <w:noProof/>
          <w:lang w:val="pl-PL"/>
        </w:rPr>
        <w:t xml:space="preserve">§ 4.1 Rozporządzenia Ministra Gospodarki z dn. 15 stycznia 2007 r. w sprawie szczegółowych warunków funkcjonowania systemów ciepłowniczych (Dz. U. 2007 nr 16 poz. 92) oraz innych m.in. przepisów podatkowych, archiwizacyjnych. </w:t>
      </w:r>
    </w:p>
    <w:p w14:paraId="22ECB629" w14:textId="245F6FA5" w:rsidR="00BD050A" w:rsidRPr="00EE7170" w:rsidRDefault="00BD050A" w:rsidP="00745D51">
      <w:pPr>
        <w:numPr>
          <w:ilvl w:val="0"/>
          <w:numId w:val="13"/>
        </w:numPr>
        <w:jc w:val="both"/>
        <w:rPr>
          <w:rFonts w:ascii="Open Sans" w:hAnsi="Open Sans" w:cs="Open Sans"/>
          <w:noProof/>
          <w:lang w:val="pl-PL"/>
        </w:rPr>
      </w:pPr>
      <w:r w:rsidRPr="00EE7170">
        <w:rPr>
          <w:rFonts w:ascii="Open Sans" w:hAnsi="Open Sans" w:cs="Open Sans"/>
          <w:noProof/>
          <w:lang w:val="pl-PL"/>
        </w:rPr>
        <w:t xml:space="preserve">Pani/Pana dane osobowe będą przechowywane na czas ustalenia warunków technicznych przyłączania do sieci ciepłowniczej, a w przypadku zawarcia umowy przez okres trwania umowy oraz po zakończeniu trwania umowy </w:t>
      </w:r>
      <w:r w:rsidR="00745D51" w:rsidRPr="00EE7170">
        <w:rPr>
          <w:rFonts w:ascii="Open Sans" w:hAnsi="Open Sans" w:cs="Open Sans"/>
          <w:noProof/>
          <w:lang w:val="pl-PL"/>
        </w:rPr>
        <w:br/>
      </w:r>
      <w:r w:rsidRPr="00EE7170">
        <w:rPr>
          <w:rFonts w:ascii="Open Sans" w:hAnsi="Open Sans" w:cs="Open Sans"/>
          <w:noProof/>
          <w:lang w:val="pl-PL"/>
        </w:rPr>
        <w:t>w celu wypełnienia obowiązku prawnego ciążącego na Administratorze, przez czas zgodny z obowiązującymi przepisami.</w:t>
      </w:r>
    </w:p>
    <w:p w14:paraId="6E150760" w14:textId="77777777" w:rsidR="00BD050A" w:rsidRPr="00EE7170" w:rsidRDefault="00BD050A" w:rsidP="00745D51">
      <w:pPr>
        <w:jc w:val="both"/>
        <w:rPr>
          <w:rFonts w:ascii="Open Sans" w:hAnsi="Open Sans" w:cs="Open Sans"/>
          <w:noProof/>
          <w:lang w:val="pl-PL"/>
        </w:rPr>
      </w:pPr>
      <w:r w:rsidRPr="00EE7170">
        <w:rPr>
          <w:rFonts w:ascii="Open Sans" w:hAnsi="Open Sans" w:cs="Open Sans"/>
          <w:noProof/>
          <w:lang w:val="pl-PL"/>
        </w:rPr>
        <w:t>W przypadku gdy obiekt nie spełni warunków technicznych przyłączenia do sieci ciepłowniczej, Pani/Pana dane zostaną usunięte.</w:t>
      </w:r>
    </w:p>
    <w:p w14:paraId="37C8EED4" w14:textId="77777777" w:rsidR="00BD050A" w:rsidRPr="00EE7170" w:rsidRDefault="00BD050A" w:rsidP="00745D51">
      <w:pPr>
        <w:numPr>
          <w:ilvl w:val="0"/>
          <w:numId w:val="13"/>
        </w:numPr>
        <w:jc w:val="both"/>
        <w:rPr>
          <w:rFonts w:ascii="Open Sans" w:hAnsi="Open Sans" w:cs="Open Sans"/>
          <w:noProof/>
          <w:lang w:val="pl-PL"/>
        </w:rPr>
      </w:pPr>
      <w:r w:rsidRPr="00EE7170">
        <w:rPr>
          <w:rFonts w:ascii="Open Sans" w:hAnsi="Open Sans" w:cs="Open Sans"/>
          <w:noProof/>
          <w:lang w:val="pl-PL"/>
        </w:rPr>
        <w:t>Posiada Pani/Pan prawo dostępu do treści swoich danych oraz prawo ich sprostowania, usunięcia, ograniczenia przetwarzania, prawo do przenoszenia danych, prawo wniesienia sprzeciwu wobec przetwarzania, chyba że Administrator wykaże istnienie ważnych prawnie uzasadnionych podstaw do przetwarzania, nadrzędnych wobec interesów, praw i wolności osoby, której dane dotyczą lub podstaw do ustalenia, dochodzenia lub obrony roszczeń.</w:t>
      </w:r>
    </w:p>
    <w:p w14:paraId="327F05B8" w14:textId="77777777" w:rsidR="00BD050A" w:rsidRPr="00EE7170" w:rsidRDefault="00BD050A" w:rsidP="00745D51">
      <w:pPr>
        <w:numPr>
          <w:ilvl w:val="0"/>
          <w:numId w:val="13"/>
        </w:numPr>
        <w:jc w:val="both"/>
        <w:rPr>
          <w:rFonts w:ascii="Open Sans" w:hAnsi="Open Sans" w:cs="Open Sans"/>
          <w:noProof/>
          <w:lang w:val="pl-PL"/>
        </w:rPr>
      </w:pPr>
      <w:r w:rsidRPr="00EE7170">
        <w:rPr>
          <w:rFonts w:ascii="Open Sans" w:hAnsi="Open Sans" w:cs="Open Sans"/>
          <w:noProof/>
          <w:lang w:val="pl-PL"/>
        </w:rPr>
        <w:t>Podanie przez Panią/Pana danych osobowych jest dobrowolne, jednak podanie danych w celu wydania warunków technicznych przyłączenia do sieci ciepłowniczej jest niezbędne (jest warunkiem ich wydania).</w:t>
      </w:r>
    </w:p>
    <w:p w14:paraId="4E0B415B" w14:textId="77777777" w:rsidR="00BD050A" w:rsidRPr="00EE7170" w:rsidRDefault="00BD050A" w:rsidP="00745D51">
      <w:pPr>
        <w:numPr>
          <w:ilvl w:val="0"/>
          <w:numId w:val="13"/>
        </w:numPr>
        <w:jc w:val="both"/>
        <w:rPr>
          <w:rFonts w:ascii="Open Sans" w:hAnsi="Open Sans" w:cs="Open Sans"/>
          <w:noProof/>
          <w:lang w:val="pl-PL"/>
        </w:rPr>
      </w:pPr>
      <w:r w:rsidRPr="00EE7170">
        <w:rPr>
          <w:rFonts w:ascii="Open Sans" w:hAnsi="Open Sans" w:cs="Open Sans"/>
          <w:noProof/>
          <w:lang w:val="pl-PL"/>
        </w:rPr>
        <w:t>Posiada Pani/Pan prawo wniesienia skargi do Prezesa Urzędu Ochrony Danych Osobowych</w:t>
      </w:r>
      <w:r w:rsidRPr="00EE7170">
        <w:rPr>
          <w:rFonts w:ascii="Open Sans" w:hAnsi="Open Sans" w:cs="Open Sans"/>
          <w:i/>
          <w:iCs/>
          <w:noProof/>
          <w:lang w:val="pl-PL"/>
        </w:rPr>
        <w:t xml:space="preserve">, </w:t>
      </w:r>
      <w:r w:rsidRPr="00EE7170">
        <w:rPr>
          <w:rFonts w:ascii="Open Sans" w:hAnsi="Open Sans" w:cs="Open Sans"/>
          <w:noProof/>
          <w:lang w:val="pl-PL"/>
        </w:rPr>
        <w:t>gdy uzna Pani/Pan, iż przetwarzanie danych osobowych Pani/Pana dotyczących, narusza przepisy ogólnego rozporządzenia o ochronie danych.</w:t>
      </w:r>
    </w:p>
    <w:p w14:paraId="20D70DE9" w14:textId="77777777" w:rsidR="00BD050A" w:rsidRPr="00EE7170" w:rsidRDefault="00BD050A" w:rsidP="00745D51">
      <w:pPr>
        <w:numPr>
          <w:ilvl w:val="0"/>
          <w:numId w:val="13"/>
        </w:numPr>
        <w:jc w:val="both"/>
        <w:rPr>
          <w:rFonts w:ascii="Open Sans" w:hAnsi="Open Sans" w:cs="Open Sans"/>
          <w:noProof/>
          <w:lang w:val="pl-PL"/>
        </w:rPr>
      </w:pPr>
      <w:r w:rsidRPr="00EE7170">
        <w:rPr>
          <w:rFonts w:ascii="Open Sans" w:hAnsi="Open Sans" w:cs="Open Sans"/>
          <w:noProof/>
          <w:lang w:val="pl-PL"/>
        </w:rPr>
        <w:t>Administrator może powierzyć Pani/Pana dane osobowe innym podmiotom (np. podmiotom świadczącym usługi informatyczne), przetwarzającym je na zlecenie Administratora na podstawie zawartej umowy zgodnie z art. 28 RODO.</w:t>
      </w:r>
    </w:p>
    <w:p w14:paraId="753D72EA" w14:textId="77777777" w:rsidR="00BD050A" w:rsidRPr="00EE7170" w:rsidRDefault="00BD050A" w:rsidP="00745D51">
      <w:pPr>
        <w:numPr>
          <w:ilvl w:val="0"/>
          <w:numId w:val="13"/>
        </w:numPr>
        <w:jc w:val="both"/>
        <w:rPr>
          <w:rFonts w:ascii="Open Sans" w:hAnsi="Open Sans" w:cs="Open Sans"/>
          <w:noProof/>
          <w:lang w:val="pl-PL"/>
        </w:rPr>
      </w:pPr>
      <w:r w:rsidRPr="00EE7170">
        <w:rPr>
          <w:rFonts w:ascii="Open Sans" w:hAnsi="Open Sans" w:cs="Open Sans"/>
          <w:noProof/>
          <w:lang w:val="pl-PL"/>
        </w:rPr>
        <w:t>Odbiorcami Pani/Pana danych osobowych będą wyłącznie podmioty uprawnione do uzyskania danych osobowych na podstawie przepisów prawa np. podmioty świadczące usługi prawne, podmioty świadczące usługi pocztowe, kurierskie oraz inne podmioty, gdy wystąpią z takim żądaniem w oparciu o stosowną podstawę prawną.</w:t>
      </w:r>
    </w:p>
    <w:p w14:paraId="516E81F4" w14:textId="77777777" w:rsidR="00BD050A" w:rsidRPr="00EE7170" w:rsidRDefault="00BD050A" w:rsidP="00745D51">
      <w:pPr>
        <w:numPr>
          <w:ilvl w:val="0"/>
          <w:numId w:val="13"/>
        </w:numPr>
        <w:jc w:val="both"/>
        <w:rPr>
          <w:rFonts w:ascii="Open Sans" w:hAnsi="Open Sans" w:cs="Open Sans"/>
          <w:noProof/>
          <w:lang w:val="pl-PL"/>
        </w:rPr>
      </w:pPr>
      <w:r w:rsidRPr="00EE7170">
        <w:rPr>
          <w:rFonts w:ascii="Open Sans" w:hAnsi="Open Sans" w:cs="Open Sans"/>
          <w:noProof/>
          <w:lang w:val="pl-PL"/>
        </w:rPr>
        <w:t>Dane osobowe mogą być przekazywane również podmiotom, które zgodnie z przepisami nie są uznawane za odbiorców danych tj. organom publicznym, które mogą otrzymywać dane osobowe w ramach konkretnego postępowania zgodnie z prawem Unii lub prawem państwa członkowskiego. Takimi podmiotami mogą być: organy podatkowe, organy ścigania oraz sądy.</w:t>
      </w:r>
    </w:p>
    <w:p w14:paraId="177C4CBA" w14:textId="77777777" w:rsidR="00BD050A" w:rsidRPr="00EE7170" w:rsidRDefault="00BD050A" w:rsidP="00745D51">
      <w:pPr>
        <w:numPr>
          <w:ilvl w:val="0"/>
          <w:numId w:val="13"/>
        </w:numPr>
        <w:jc w:val="both"/>
        <w:rPr>
          <w:rFonts w:ascii="Open Sans" w:hAnsi="Open Sans" w:cs="Open Sans"/>
          <w:noProof/>
          <w:lang w:val="pl-PL"/>
        </w:rPr>
      </w:pPr>
      <w:r w:rsidRPr="00EE7170">
        <w:rPr>
          <w:rFonts w:ascii="Open Sans" w:hAnsi="Open Sans" w:cs="Open Sans"/>
          <w:noProof/>
          <w:lang w:val="pl-PL"/>
        </w:rPr>
        <w:t>W oparciu o Pani/Pana dane osobowe Administrator nie będzie podejmował zautomatyzowanych decyzji, w tym decyzji będących wynikiem profilowania w rozumieniu RODO.</w:t>
      </w:r>
    </w:p>
    <w:p w14:paraId="1698424E" w14:textId="77777777" w:rsidR="00BD050A" w:rsidRPr="00EE7170" w:rsidRDefault="00BD050A" w:rsidP="00745D51">
      <w:pPr>
        <w:numPr>
          <w:ilvl w:val="0"/>
          <w:numId w:val="13"/>
        </w:numPr>
        <w:jc w:val="both"/>
        <w:rPr>
          <w:rFonts w:ascii="Open Sans" w:hAnsi="Open Sans" w:cs="Open Sans"/>
          <w:noProof/>
          <w:lang w:val="pl-PL"/>
        </w:rPr>
      </w:pPr>
      <w:r w:rsidRPr="00EE7170">
        <w:rPr>
          <w:rFonts w:ascii="Open Sans" w:hAnsi="Open Sans" w:cs="Open Sans"/>
          <w:noProof/>
          <w:lang w:val="pl-PL"/>
        </w:rPr>
        <w:t>Pani/Pana dane osobowe nie będą przekazywane do państw trzecich ani do organizacji międzynarodowych.</w:t>
      </w:r>
    </w:p>
    <w:p w14:paraId="6A346FCB" w14:textId="77777777" w:rsidR="00BD050A" w:rsidRPr="00EE7170" w:rsidRDefault="00BD050A" w:rsidP="00BD050A">
      <w:pPr>
        <w:rPr>
          <w:rFonts w:ascii="Open Sans" w:hAnsi="Open Sans" w:cs="Open Sans"/>
          <w:noProof/>
          <w:lang w:val="pl-PL"/>
        </w:rPr>
      </w:pPr>
    </w:p>
    <w:p w14:paraId="5635D4D1" w14:textId="77777777" w:rsidR="00C515C6" w:rsidRPr="00EE7170" w:rsidRDefault="00C515C6" w:rsidP="00BD050A">
      <w:pPr>
        <w:rPr>
          <w:rFonts w:ascii="Open Sans" w:hAnsi="Open Sans" w:cs="Open Sans"/>
          <w:noProof/>
          <w:lang w:val="pl-PL"/>
        </w:rPr>
      </w:pPr>
    </w:p>
    <w:p w14:paraId="23117BDC" w14:textId="77777777" w:rsidR="00C515C6" w:rsidRPr="00EE7170" w:rsidRDefault="00C515C6" w:rsidP="00BD050A">
      <w:pPr>
        <w:rPr>
          <w:rFonts w:ascii="Open Sans" w:hAnsi="Open Sans" w:cs="Open Sans"/>
          <w:noProof/>
          <w:lang w:val="pl-PL"/>
        </w:rPr>
      </w:pPr>
    </w:p>
    <w:p w14:paraId="78B1A731" w14:textId="77777777" w:rsidR="00BD050A" w:rsidRPr="00EE7170" w:rsidRDefault="00BD050A" w:rsidP="00BD050A">
      <w:pPr>
        <w:jc w:val="right"/>
        <w:rPr>
          <w:rFonts w:ascii="Open Sans" w:hAnsi="Open Sans" w:cs="Open Sans"/>
          <w:noProof/>
          <w:lang w:val="pl-PL"/>
        </w:rPr>
      </w:pPr>
      <w:r w:rsidRPr="00EE7170">
        <w:rPr>
          <w:rFonts w:ascii="Open Sans" w:hAnsi="Open Sans" w:cs="Open Sans"/>
          <w:noProof/>
          <w:lang w:val="pl-PL"/>
        </w:rPr>
        <w:t>………………………………</w:t>
      </w:r>
    </w:p>
    <w:p w14:paraId="52680AF2" w14:textId="77777777" w:rsidR="00BD050A" w:rsidRPr="00EE7170" w:rsidRDefault="00BD050A" w:rsidP="00BD050A">
      <w:pPr>
        <w:jc w:val="right"/>
        <w:rPr>
          <w:rFonts w:ascii="Open Sans" w:hAnsi="Open Sans" w:cs="Open Sans"/>
          <w:noProof/>
          <w:lang w:val="pl-PL"/>
        </w:rPr>
      </w:pPr>
      <w:r w:rsidRPr="00EE7170">
        <w:rPr>
          <w:rFonts w:ascii="Open Sans" w:hAnsi="Open Sans" w:cs="Open Sans"/>
          <w:noProof/>
          <w:lang w:val="pl-PL"/>
        </w:rPr>
        <w:t>Data i podpis Wnioskodawcy</w:t>
      </w:r>
    </w:p>
    <w:p w14:paraId="4394D60F" w14:textId="77777777" w:rsidR="009C43E6" w:rsidRPr="00EE7170" w:rsidRDefault="009C43E6" w:rsidP="00BD050A">
      <w:pPr>
        <w:rPr>
          <w:rFonts w:ascii="Open Sans" w:hAnsi="Open Sans" w:cs="Open Sans"/>
          <w:noProof/>
          <w:lang w:val="pl-PL"/>
        </w:rPr>
      </w:pPr>
    </w:p>
    <w:sectPr w:rsidR="009C43E6" w:rsidRPr="00EE7170" w:rsidSect="00034616">
      <w:footerReference w:type="default" r:id="rId11"/>
      <w:pgSz w:w="11906" w:h="16838"/>
      <w:pgMar w:top="737" w:right="850" w:bottom="680" w:left="850" w:header="340" w:footer="3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FABE9C" w14:textId="77777777" w:rsidR="008609BE" w:rsidRDefault="008609BE">
      <w:pPr>
        <w:spacing w:after="0"/>
      </w:pPr>
      <w:r>
        <w:separator/>
      </w:r>
    </w:p>
  </w:endnote>
  <w:endnote w:type="continuationSeparator" w:id="0">
    <w:p w14:paraId="1910F589" w14:textId="77777777" w:rsidR="008609BE" w:rsidRDefault="008609B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0000000000000000000"/>
    <w:charset w:val="EE"/>
    <w:family w:val="auto"/>
    <w:pitch w:val="variable"/>
    <w:sig w:usb0="E00002FF" w:usb1="4000201B" w:usb2="00000028" w:usb3="00000000" w:csb0="000001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D4D9B" w14:textId="77777777" w:rsidR="0090250E" w:rsidRDefault="00000000">
    <w:pPr>
      <w:pStyle w:val="Stopka"/>
      <w:jc w:val="right"/>
    </w:pPr>
    <w:r>
      <w:rPr>
        <w:sz w:val="16"/>
      </w:rPr>
      <w:t xml:space="preserve">Strona </w:t>
    </w:r>
    <w:r>
      <w:fldChar w:fldCharType="begin"/>
    </w:r>
    <w:r>
      <w:instrText>PAGE</w:instrText>
    </w:r>
    <w:r>
      <w:fldChar w:fldCharType="separate"/>
    </w:r>
    <w:r w:rsidR="007E050D">
      <w:rPr>
        <w:noProof/>
      </w:rPr>
      <w:t>1</w:t>
    </w:r>
    <w:r>
      <w:fldChar w:fldCharType="end"/>
    </w:r>
    <w:r>
      <w:rPr>
        <w:sz w:val="16"/>
      </w:rPr>
      <w:t xml:space="preserve"> z </w:t>
    </w:r>
    <w:r>
      <w:fldChar w:fldCharType="begin"/>
    </w:r>
    <w:r>
      <w:instrText>NUMPAGES</w:instrText>
    </w:r>
    <w:r>
      <w:fldChar w:fldCharType="separate"/>
    </w:r>
    <w:r w:rsidR="007E050D">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FA5E24" w14:textId="77777777" w:rsidR="008609BE" w:rsidRDefault="008609BE">
      <w:pPr>
        <w:spacing w:after="0"/>
      </w:pPr>
      <w:r>
        <w:separator/>
      </w:r>
    </w:p>
  </w:footnote>
  <w:footnote w:type="continuationSeparator" w:id="0">
    <w:p w14:paraId="79E4272F" w14:textId="77777777" w:rsidR="008609BE" w:rsidRDefault="008609BE">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abstractNum w:abstractNumId="9" w15:restartNumberingAfterBreak="0">
    <w:nsid w:val="01530E18"/>
    <w:multiLevelType w:val="hybridMultilevel"/>
    <w:tmpl w:val="540E2E78"/>
    <w:lvl w:ilvl="0" w:tplc="0D84C8E8">
      <w:start w:val="1"/>
      <w:numFmt w:val="decimal"/>
      <w:lvlText w:val="%1."/>
      <w:lvlJc w:val="left"/>
      <w:pPr>
        <w:ind w:left="644" w:hanging="360"/>
      </w:pPr>
      <w:rPr>
        <w:strike w:val="0"/>
        <w:dstrike w:val="0"/>
        <w:color w:val="auto"/>
        <w:u w:val="none"/>
        <w:effect w:val="none"/>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0" w15:restartNumberingAfterBreak="0">
    <w:nsid w:val="118E20FE"/>
    <w:multiLevelType w:val="hybridMultilevel"/>
    <w:tmpl w:val="73C85CB6"/>
    <w:lvl w:ilvl="0" w:tplc="04150001">
      <w:start w:val="1"/>
      <w:numFmt w:val="bullet"/>
      <w:lvlText w:val=""/>
      <w:lvlJc w:val="left"/>
      <w:pPr>
        <w:ind w:left="1004" w:hanging="360"/>
      </w:pPr>
      <w:rPr>
        <w:rFonts w:ascii="Symbol" w:hAnsi="Symbol" w:hint="default"/>
      </w:rPr>
    </w:lvl>
    <w:lvl w:ilvl="1" w:tplc="04150003">
      <w:start w:val="1"/>
      <w:numFmt w:val="bullet"/>
      <w:lvlText w:val="o"/>
      <w:lvlJc w:val="left"/>
      <w:pPr>
        <w:ind w:left="1724" w:hanging="360"/>
      </w:pPr>
      <w:rPr>
        <w:rFonts w:ascii="Courier New" w:hAnsi="Courier New" w:cs="Courier New" w:hint="default"/>
      </w:rPr>
    </w:lvl>
    <w:lvl w:ilvl="2" w:tplc="04150005">
      <w:start w:val="1"/>
      <w:numFmt w:val="bullet"/>
      <w:lvlText w:val=""/>
      <w:lvlJc w:val="left"/>
      <w:pPr>
        <w:ind w:left="2444" w:hanging="360"/>
      </w:pPr>
      <w:rPr>
        <w:rFonts w:ascii="Wingdings" w:hAnsi="Wingdings" w:hint="default"/>
      </w:rPr>
    </w:lvl>
    <w:lvl w:ilvl="3" w:tplc="04150001">
      <w:start w:val="1"/>
      <w:numFmt w:val="bullet"/>
      <w:lvlText w:val=""/>
      <w:lvlJc w:val="left"/>
      <w:pPr>
        <w:ind w:left="3164" w:hanging="360"/>
      </w:pPr>
      <w:rPr>
        <w:rFonts w:ascii="Symbol" w:hAnsi="Symbol" w:hint="default"/>
      </w:rPr>
    </w:lvl>
    <w:lvl w:ilvl="4" w:tplc="04150003">
      <w:start w:val="1"/>
      <w:numFmt w:val="bullet"/>
      <w:lvlText w:val="o"/>
      <w:lvlJc w:val="left"/>
      <w:pPr>
        <w:ind w:left="3884" w:hanging="360"/>
      </w:pPr>
      <w:rPr>
        <w:rFonts w:ascii="Courier New" w:hAnsi="Courier New" w:cs="Courier New" w:hint="default"/>
      </w:rPr>
    </w:lvl>
    <w:lvl w:ilvl="5" w:tplc="04150005">
      <w:start w:val="1"/>
      <w:numFmt w:val="bullet"/>
      <w:lvlText w:val=""/>
      <w:lvlJc w:val="left"/>
      <w:pPr>
        <w:ind w:left="4604" w:hanging="360"/>
      </w:pPr>
      <w:rPr>
        <w:rFonts w:ascii="Wingdings" w:hAnsi="Wingdings" w:hint="default"/>
      </w:rPr>
    </w:lvl>
    <w:lvl w:ilvl="6" w:tplc="04150001">
      <w:start w:val="1"/>
      <w:numFmt w:val="bullet"/>
      <w:lvlText w:val=""/>
      <w:lvlJc w:val="left"/>
      <w:pPr>
        <w:ind w:left="5324" w:hanging="360"/>
      </w:pPr>
      <w:rPr>
        <w:rFonts w:ascii="Symbol" w:hAnsi="Symbol" w:hint="default"/>
      </w:rPr>
    </w:lvl>
    <w:lvl w:ilvl="7" w:tplc="04150003">
      <w:start w:val="1"/>
      <w:numFmt w:val="bullet"/>
      <w:lvlText w:val="o"/>
      <w:lvlJc w:val="left"/>
      <w:pPr>
        <w:ind w:left="6044" w:hanging="360"/>
      </w:pPr>
      <w:rPr>
        <w:rFonts w:ascii="Courier New" w:hAnsi="Courier New" w:cs="Courier New" w:hint="default"/>
      </w:rPr>
    </w:lvl>
    <w:lvl w:ilvl="8" w:tplc="04150005">
      <w:start w:val="1"/>
      <w:numFmt w:val="bullet"/>
      <w:lvlText w:val=""/>
      <w:lvlJc w:val="left"/>
      <w:pPr>
        <w:ind w:left="6764" w:hanging="360"/>
      </w:pPr>
      <w:rPr>
        <w:rFonts w:ascii="Wingdings" w:hAnsi="Wingdings" w:hint="default"/>
      </w:rPr>
    </w:lvl>
  </w:abstractNum>
  <w:abstractNum w:abstractNumId="11" w15:restartNumberingAfterBreak="0">
    <w:nsid w:val="4AFF65B1"/>
    <w:multiLevelType w:val="hybridMultilevel"/>
    <w:tmpl w:val="4832FEA0"/>
    <w:lvl w:ilvl="0" w:tplc="C4F20E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5D1E1D1E"/>
    <w:multiLevelType w:val="hybridMultilevel"/>
    <w:tmpl w:val="7222E198"/>
    <w:lvl w:ilvl="0" w:tplc="C4F20E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7BDC069F"/>
    <w:multiLevelType w:val="hybridMultilevel"/>
    <w:tmpl w:val="09369760"/>
    <w:lvl w:ilvl="0" w:tplc="43E2BDE8">
      <w:numFmt w:val="bullet"/>
      <w:lvlText w:val="-"/>
      <w:lvlJc w:val="left"/>
      <w:pPr>
        <w:ind w:left="720" w:hanging="360"/>
      </w:pPr>
      <w:rPr>
        <w:rFonts w:ascii="Open Sans" w:eastAsiaTheme="minorEastAsia" w:hAnsi="Open Sans" w:cs="Open San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364403186">
    <w:abstractNumId w:val="8"/>
  </w:num>
  <w:num w:numId="2" w16cid:durableId="595402739">
    <w:abstractNumId w:val="6"/>
  </w:num>
  <w:num w:numId="3" w16cid:durableId="2022512817">
    <w:abstractNumId w:val="5"/>
  </w:num>
  <w:num w:numId="4" w16cid:durableId="1872568961">
    <w:abstractNumId w:val="4"/>
  </w:num>
  <w:num w:numId="5" w16cid:durableId="478807349">
    <w:abstractNumId w:val="7"/>
  </w:num>
  <w:num w:numId="6" w16cid:durableId="1821573572">
    <w:abstractNumId w:val="3"/>
  </w:num>
  <w:num w:numId="7" w16cid:durableId="300422855">
    <w:abstractNumId w:val="2"/>
  </w:num>
  <w:num w:numId="8" w16cid:durableId="1519201520">
    <w:abstractNumId w:val="1"/>
  </w:num>
  <w:num w:numId="9" w16cid:durableId="24403100">
    <w:abstractNumId w:val="0"/>
  </w:num>
  <w:num w:numId="10" w16cid:durableId="1940718226">
    <w:abstractNumId w:val="12"/>
  </w:num>
  <w:num w:numId="11" w16cid:durableId="524249502">
    <w:abstractNumId w:val="13"/>
  </w:num>
  <w:num w:numId="12" w16cid:durableId="1009605506">
    <w:abstractNumId w:val="11"/>
  </w:num>
  <w:num w:numId="13" w16cid:durableId="68460026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600062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1713"/>
    <w:rsid w:val="000B24F3"/>
    <w:rsid w:val="00130700"/>
    <w:rsid w:val="00133FD7"/>
    <w:rsid w:val="0013570C"/>
    <w:rsid w:val="0015074B"/>
    <w:rsid w:val="001638B3"/>
    <w:rsid w:val="001F0811"/>
    <w:rsid w:val="00222DDB"/>
    <w:rsid w:val="002377FD"/>
    <w:rsid w:val="00262CA4"/>
    <w:rsid w:val="00283644"/>
    <w:rsid w:val="0028676C"/>
    <w:rsid w:val="0029639D"/>
    <w:rsid w:val="00312C8E"/>
    <w:rsid w:val="00326F90"/>
    <w:rsid w:val="00333C48"/>
    <w:rsid w:val="006B1316"/>
    <w:rsid w:val="006B2E89"/>
    <w:rsid w:val="00717788"/>
    <w:rsid w:val="00744353"/>
    <w:rsid w:val="00745D51"/>
    <w:rsid w:val="0074796D"/>
    <w:rsid w:val="007A49E9"/>
    <w:rsid w:val="007A5746"/>
    <w:rsid w:val="007C7198"/>
    <w:rsid w:val="007D7DE0"/>
    <w:rsid w:val="007E050D"/>
    <w:rsid w:val="00837DD2"/>
    <w:rsid w:val="008609BE"/>
    <w:rsid w:val="008F72AC"/>
    <w:rsid w:val="0090250E"/>
    <w:rsid w:val="00954D90"/>
    <w:rsid w:val="0096281F"/>
    <w:rsid w:val="009C43E6"/>
    <w:rsid w:val="009E3C57"/>
    <w:rsid w:val="00A55E4E"/>
    <w:rsid w:val="00AA1D8D"/>
    <w:rsid w:val="00AE0A35"/>
    <w:rsid w:val="00B422BC"/>
    <w:rsid w:val="00B47730"/>
    <w:rsid w:val="00BD050A"/>
    <w:rsid w:val="00C515C6"/>
    <w:rsid w:val="00CB0664"/>
    <w:rsid w:val="00D17FAC"/>
    <w:rsid w:val="00D218AE"/>
    <w:rsid w:val="00D40700"/>
    <w:rsid w:val="00D6363C"/>
    <w:rsid w:val="00EE4199"/>
    <w:rsid w:val="00EE7170"/>
    <w:rsid w:val="00F06259"/>
    <w:rsid w:val="00F614D4"/>
    <w:rsid w:val="00F70691"/>
    <w:rsid w:val="00F86FD6"/>
    <w:rsid w:val="00FA730A"/>
    <w:rsid w:val="00FC01B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8317A1E"/>
  <w14:defaultImageDpi w14:val="330"/>
  <w15:docId w15:val="{7AAAD92B-04B6-490E-AE5B-2F5998D93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pPr>
      <w:spacing w:after="40" w:line="240" w:lineRule="auto"/>
    </w:pPr>
    <w:rPr>
      <w:rFonts w:ascii="Arial" w:hAnsi="Arial"/>
      <w:color w:val="000000"/>
      <w:sz w:val="18"/>
    </w:rPr>
  </w:style>
  <w:style w:type="paragraph" w:styleId="Nagwek1">
    <w:name w:val="heading 1"/>
    <w:basedOn w:val="Normalny"/>
    <w:next w:val="Normalny"/>
    <w:link w:val="Nagwek1Znak"/>
    <w:uiPriority w:val="9"/>
    <w:qFormat/>
    <w:rsid w:val="00FC693F"/>
    <w:pPr>
      <w:keepNext/>
      <w:keepLines/>
      <w:outlineLvl w:val="0"/>
    </w:pPr>
    <w:rPr>
      <w:rFonts w:asciiTheme="majorHAnsi" w:eastAsiaTheme="majorEastAsia" w:hAnsiTheme="majorHAnsi" w:cstheme="majorBidi"/>
      <w:b/>
      <w:bCs/>
      <w:sz w:val="28"/>
      <w:szCs w:val="28"/>
    </w:rPr>
  </w:style>
  <w:style w:type="paragraph" w:styleId="Nagwek2">
    <w:name w:val="heading 2"/>
    <w:basedOn w:val="Normalny"/>
    <w:next w:val="Normalny"/>
    <w:link w:val="Nagwek2Znak"/>
    <w:uiPriority w:val="9"/>
    <w:unhideWhenUsed/>
    <w:qFormat/>
    <w:rsid w:val="00FC693F"/>
    <w:pPr>
      <w:keepNext/>
      <w:keepLines/>
      <w:outlineLvl w:val="1"/>
    </w:pPr>
    <w:rPr>
      <w:rFonts w:asciiTheme="majorHAnsi" w:eastAsiaTheme="majorEastAsia" w:hAnsiTheme="majorHAnsi" w:cstheme="majorBidi"/>
      <w:b/>
      <w:bCs/>
      <w:sz w:val="26"/>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contextualSpacing/>
    </w:pPr>
    <w:rPr>
      <w:rFonts w:asciiTheme="majorHAnsi" w:eastAsiaTheme="majorEastAsia" w:hAnsiTheme="majorHAnsi" w:cstheme="majorBidi"/>
      <w:spacing w:val="5"/>
      <w:kern w:val="28"/>
      <w:sz w:val="26"/>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rPr>
      <w:b/>
      <w:bCs/>
      <w:color w:val="4F81BD" w:themeColor="accent1"/>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ipercze">
    <w:name w:val="Hyperlink"/>
    <w:basedOn w:val="Domylnaczcionkaakapitu"/>
    <w:uiPriority w:val="99"/>
    <w:unhideWhenUsed/>
    <w:rsid w:val="00BD050A"/>
    <w:rPr>
      <w:color w:val="0000FF" w:themeColor="hyperlink"/>
      <w:u w:val="single"/>
    </w:rPr>
  </w:style>
  <w:style w:type="character" w:styleId="Nierozpoznanawzmianka">
    <w:name w:val="Unresolved Mention"/>
    <w:basedOn w:val="Domylnaczcionkaakapitu"/>
    <w:uiPriority w:val="99"/>
    <w:semiHidden/>
    <w:unhideWhenUsed/>
    <w:rsid w:val="00BD05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iod@mpec-debica.pl" TargetMode="External"/><Relationship Id="rId4" Type="http://schemas.openxmlformats.org/officeDocument/2006/relationships/settings" Target="settings.xml"/><Relationship Id="rId9" Type="http://schemas.openxmlformats.org/officeDocument/2006/relationships/hyperlink" Target="mailto:sekretariat@mpec-debic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993</Words>
  <Characters>5964</Characters>
  <Application>Microsoft Office Word</Application>
  <DocSecurity>0</DocSecurity>
  <Lines>49</Lines>
  <Paragraphs>13</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Wniosek o wydanie warunków technicznych przyłączenia do sieci ciepłowniczej</vt:lpstr>
      <vt:lpstr/>
    </vt:vector>
  </TitlesOfParts>
  <Manager/>
  <Company/>
  <LinksUpToDate>false</LinksUpToDate>
  <CharactersWithSpaces>6944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Wniosek o wydanie warunków technicznych przyłączenia do sieci ciepłowniczej</dc:title>
  <dc:subject/>
  <dc:creator>Miejskie Przedsiębiorstwo Energetyki Cieplnej Sp. z o.o. w Dębicy</dc:creator>
  <cp:keywords/>
  <dc:description>generated by python-docx</dc:description>
  <cp:lastModifiedBy>Agnieszka</cp:lastModifiedBy>
  <cp:revision>7</cp:revision>
  <cp:lastPrinted>2026-09-17T08:13:00Z</cp:lastPrinted>
  <dcterms:created xsi:type="dcterms:W3CDTF">2026-09-18T05:30:00Z</dcterms:created>
  <dcterms:modified xsi:type="dcterms:W3CDTF">2026-09-18T05:32:00Z</dcterms:modified>
  <cp:category/>
</cp:coreProperties>
</file>